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5BBA04" w14:textId="02D6F1ED" w:rsidR="00C970B0" w:rsidRDefault="00F45934">
      <w:r>
        <w:rPr>
          <w:b/>
        </w:rPr>
        <w:t xml:space="preserve">                                                                                 Appendix B</w:t>
      </w:r>
    </w:p>
    <w:p w14:paraId="405CA42C" w14:textId="65A9180D" w:rsidR="00F45934" w:rsidRPr="004C54FD" w:rsidRDefault="00F45934" w:rsidP="004C54FD">
      <w:r>
        <w:rPr>
          <w:b/>
        </w:rPr>
        <w:t xml:space="preserve">                                                   Students’ clinical performance evaluation</w:t>
      </w:r>
    </w:p>
    <w:p w14:paraId="0A5C19DC" w14:textId="7AA5A94B" w:rsidR="00C970B0" w:rsidRDefault="00B91AF2">
      <w:r>
        <w:rPr>
          <w:b/>
          <w:sz w:val="20"/>
        </w:rPr>
        <w:t>Student Name: ________________________</w:t>
      </w:r>
      <w:r>
        <w:rPr>
          <w:b/>
          <w:sz w:val="20"/>
        </w:rPr>
        <w:br/>
        <w:t>Student ID: ____________________________</w:t>
      </w:r>
      <w:r>
        <w:rPr>
          <w:b/>
          <w:sz w:val="20"/>
        </w:rPr>
        <w:br/>
        <w:t>Date: _____________________</w:t>
      </w:r>
      <w:r>
        <w:rPr>
          <w:b/>
          <w:sz w:val="20"/>
        </w:rPr>
        <w:br/>
        <w:t>Score: ____________/20</w:t>
      </w:r>
    </w:p>
    <w:p w14:paraId="5F06C6DA" w14:textId="77777777" w:rsidR="00F45934" w:rsidRPr="00F45934" w:rsidRDefault="00F45934" w:rsidP="00F45934">
      <w:pPr>
        <w:keepNext/>
        <w:keepLines/>
        <w:spacing w:before="200" w:after="0"/>
        <w:outlineLvl w:val="1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F45934">
        <w:rPr>
          <w:rFonts w:ascii="Times New Roman" w:eastAsia="Times New Roman" w:hAnsi="Times New Roman" w:cs="Times New Roman"/>
          <w:b/>
          <w:bCs/>
          <w:sz w:val="20"/>
          <w:szCs w:val="20"/>
        </w:rPr>
        <w:t>Grading Scale Key</w:t>
      </w:r>
    </w:p>
    <w:p w14:paraId="220789D1" w14:textId="77777777" w:rsidR="00F45934" w:rsidRPr="00F45934" w:rsidRDefault="00F45934" w:rsidP="00F45934">
      <w:pPr>
        <w:keepNext/>
        <w:keepLines/>
        <w:spacing w:after="0"/>
        <w:outlineLvl w:val="1"/>
        <w:rPr>
          <w:rFonts w:ascii="Times New Roman" w:eastAsia="Times New Roman" w:hAnsi="Times New Roman" w:cs="Times New Roman"/>
          <w:sz w:val="20"/>
          <w:szCs w:val="20"/>
        </w:rPr>
      </w:pPr>
      <w:r w:rsidRPr="00F45934">
        <w:rPr>
          <w:rFonts w:ascii="Times New Roman" w:eastAsia="Times New Roman" w:hAnsi="Times New Roman" w:cs="Times New Roman"/>
          <w:b/>
          <w:bCs/>
          <w:sz w:val="20"/>
          <w:szCs w:val="20"/>
        </w:rPr>
        <w:t>0 - Unacceptable</w:t>
      </w:r>
      <w:r w:rsidRPr="00F45934">
        <w:rPr>
          <w:rFonts w:ascii="Times New Roman" w:eastAsia="Times New Roman" w:hAnsi="Times New Roman" w:cs="Times New Roman"/>
          <w:sz w:val="20"/>
          <w:szCs w:val="20"/>
        </w:rPr>
        <w:t>: Fails to meet basic safety or professional standards.</w:t>
      </w:r>
    </w:p>
    <w:p w14:paraId="163ECAA1" w14:textId="77777777" w:rsidR="00F45934" w:rsidRPr="00F45934" w:rsidRDefault="00F45934" w:rsidP="00F45934">
      <w:pPr>
        <w:keepNext/>
        <w:keepLines/>
        <w:spacing w:after="0"/>
        <w:outlineLvl w:val="1"/>
        <w:rPr>
          <w:rFonts w:ascii="Times New Roman" w:eastAsia="Times New Roman" w:hAnsi="Times New Roman" w:cs="Times New Roman"/>
          <w:sz w:val="20"/>
          <w:szCs w:val="20"/>
        </w:rPr>
      </w:pPr>
      <w:r w:rsidRPr="00F45934">
        <w:rPr>
          <w:rFonts w:ascii="Times New Roman" w:eastAsia="Times New Roman" w:hAnsi="Times New Roman" w:cs="Times New Roman"/>
          <w:b/>
          <w:bCs/>
          <w:sz w:val="20"/>
          <w:szCs w:val="20"/>
        </w:rPr>
        <w:t>1 - Poor</w:t>
      </w:r>
      <w:r w:rsidRPr="00F45934">
        <w:rPr>
          <w:rFonts w:ascii="Times New Roman" w:eastAsia="Times New Roman" w:hAnsi="Times New Roman" w:cs="Times New Roman"/>
          <w:sz w:val="20"/>
          <w:szCs w:val="20"/>
        </w:rPr>
        <w:t>: Inconsistent performance; lacks fundamental knowledge/skill.</w:t>
      </w:r>
    </w:p>
    <w:p w14:paraId="01F042B5" w14:textId="77777777" w:rsidR="00F45934" w:rsidRPr="00F45934" w:rsidRDefault="00F45934" w:rsidP="00F45934">
      <w:pPr>
        <w:keepNext/>
        <w:keepLines/>
        <w:spacing w:after="0"/>
        <w:outlineLvl w:val="1"/>
        <w:rPr>
          <w:rFonts w:ascii="Times New Roman" w:eastAsia="Times New Roman" w:hAnsi="Times New Roman" w:cs="Times New Roman"/>
          <w:sz w:val="20"/>
          <w:szCs w:val="20"/>
        </w:rPr>
      </w:pPr>
      <w:r w:rsidRPr="00F45934">
        <w:rPr>
          <w:rFonts w:ascii="Times New Roman" w:eastAsia="Times New Roman" w:hAnsi="Times New Roman" w:cs="Times New Roman"/>
          <w:b/>
          <w:bCs/>
          <w:sz w:val="20"/>
          <w:szCs w:val="20"/>
        </w:rPr>
        <w:t>2 - Acceptable</w:t>
      </w:r>
      <w:r w:rsidRPr="00F45934">
        <w:rPr>
          <w:rFonts w:ascii="Times New Roman" w:eastAsia="Times New Roman" w:hAnsi="Times New Roman" w:cs="Times New Roman"/>
          <w:sz w:val="20"/>
          <w:szCs w:val="20"/>
        </w:rPr>
        <w:t>: Meets minimum standards; safe practice but lacks depth.</w:t>
      </w:r>
    </w:p>
    <w:p w14:paraId="793BC06A" w14:textId="77777777" w:rsidR="00F45934" w:rsidRPr="00F45934" w:rsidRDefault="00F45934" w:rsidP="00F45934">
      <w:pPr>
        <w:keepNext/>
        <w:keepLines/>
        <w:spacing w:after="0"/>
        <w:outlineLvl w:val="1"/>
        <w:rPr>
          <w:rFonts w:ascii="Times New Roman" w:eastAsia="Times New Roman" w:hAnsi="Times New Roman" w:cs="Times New Roman"/>
          <w:sz w:val="20"/>
          <w:szCs w:val="20"/>
        </w:rPr>
      </w:pPr>
      <w:r w:rsidRPr="00F45934">
        <w:rPr>
          <w:rFonts w:ascii="Times New Roman" w:eastAsia="Times New Roman" w:hAnsi="Times New Roman" w:cs="Times New Roman"/>
          <w:b/>
          <w:bCs/>
          <w:sz w:val="20"/>
          <w:szCs w:val="20"/>
        </w:rPr>
        <w:t>3 - Excellent</w:t>
      </w:r>
      <w:r w:rsidRPr="00F45934">
        <w:rPr>
          <w:rFonts w:ascii="Times New Roman" w:eastAsia="Times New Roman" w:hAnsi="Times New Roman" w:cs="Times New Roman"/>
          <w:sz w:val="20"/>
          <w:szCs w:val="20"/>
        </w:rPr>
        <w:t>: Consistently proficient; demonstrates sound clinical judgment and independence.</w:t>
      </w:r>
    </w:p>
    <w:p w14:paraId="0451983A" w14:textId="77777777" w:rsidR="00F45934" w:rsidRPr="00F45934" w:rsidRDefault="00F45934" w:rsidP="00F45934">
      <w:pPr>
        <w:keepNext/>
        <w:keepLines/>
        <w:spacing w:after="0"/>
        <w:outlineLvl w:val="1"/>
        <w:rPr>
          <w:rFonts w:ascii="Times New Roman" w:eastAsia="Times New Roman" w:hAnsi="Times New Roman" w:cs="Times New Roman"/>
          <w:sz w:val="20"/>
          <w:szCs w:val="20"/>
        </w:rPr>
      </w:pPr>
      <w:r w:rsidRPr="00F45934">
        <w:rPr>
          <w:rFonts w:ascii="Times New Roman" w:eastAsia="Times New Roman" w:hAnsi="Times New Roman" w:cs="Times New Roman"/>
          <w:b/>
          <w:bCs/>
          <w:sz w:val="20"/>
          <w:szCs w:val="20"/>
        </w:rPr>
        <w:t>4 - Outstanding</w:t>
      </w:r>
      <w:r w:rsidRPr="00F45934">
        <w:rPr>
          <w:rFonts w:ascii="Times New Roman" w:eastAsia="Times New Roman" w:hAnsi="Times New Roman" w:cs="Times New Roman"/>
          <w:sz w:val="20"/>
          <w:szCs w:val="20"/>
        </w:rPr>
        <w:t>: Exceeds expectations; demonstrates leadership, advanced synthesis, and proactive care.</w:t>
      </w:r>
    </w:p>
    <w:p w14:paraId="421CA9D3" w14:textId="53181C69" w:rsidR="00C970B0" w:rsidRDefault="00B91AF2">
      <w:r>
        <w:rPr>
          <w:sz w:val="18"/>
        </w:rPr>
        <w:t>.</w:t>
      </w:r>
    </w:p>
    <w:tbl>
      <w:tblPr>
        <w:tblStyle w:val="TableGrid11"/>
        <w:tblW w:w="9720" w:type="dxa"/>
        <w:tblInd w:w="-25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7"/>
        <w:gridCol w:w="4320"/>
        <w:gridCol w:w="1260"/>
        <w:gridCol w:w="810"/>
        <w:gridCol w:w="1080"/>
        <w:gridCol w:w="1383"/>
      </w:tblGrid>
      <w:tr w:rsidR="00F45934" w:rsidRPr="001E7B3D" w14:paraId="2B545EB7" w14:textId="77777777" w:rsidTr="00F45934">
        <w:tc>
          <w:tcPr>
            <w:tcW w:w="867" w:type="dxa"/>
            <w:shd w:val="clear" w:color="auto" w:fill="F2F2F2" w:themeFill="background1" w:themeFillShade="F2"/>
          </w:tcPr>
          <w:p w14:paraId="52E344C1" w14:textId="77777777" w:rsidR="00F45934" w:rsidRPr="00F92C2E" w:rsidRDefault="00F45934" w:rsidP="001F66B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bookmarkStart w:id="0" w:name="_Hlk195173623"/>
            <w:r w:rsidRPr="00F92C2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No</w:t>
            </w:r>
          </w:p>
        </w:tc>
        <w:tc>
          <w:tcPr>
            <w:tcW w:w="4320" w:type="dxa"/>
            <w:shd w:val="clear" w:color="auto" w:fill="F2F2F2" w:themeFill="background1" w:themeFillShade="F2"/>
          </w:tcPr>
          <w:p w14:paraId="73D18244" w14:textId="77777777" w:rsidR="00F45934" w:rsidRPr="00F92C2E" w:rsidRDefault="00F45934" w:rsidP="001F66B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92C2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Criteria</w:t>
            </w:r>
          </w:p>
        </w:tc>
        <w:tc>
          <w:tcPr>
            <w:tcW w:w="1260" w:type="dxa"/>
            <w:shd w:val="clear" w:color="auto" w:fill="F2F2F2" w:themeFill="background1" w:themeFillShade="F2"/>
          </w:tcPr>
          <w:p w14:paraId="477F68F5" w14:textId="77777777" w:rsidR="00F45934" w:rsidRPr="00F92C2E" w:rsidRDefault="00F45934" w:rsidP="001F66B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92C2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Unacceptable</w:t>
            </w:r>
            <w:r w:rsidRPr="00F92C2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br/>
              <w:t>0</w:t>
            </w:r>
          </w:p>
        </w:tc>
        <w:tc>
          <w:tcPr>
            <w:tcW w:w="810" w:type="dxa"/>
            <w:shd w:val="clear" w:color="auto" w:fill="F2F2F2" w:themeFill="background1" w:themeFillShade="F2"/>
          </w:tcPr>
          <w:p w14:paraId="7DEA5B63" w14:textId="77777777" w:rsidR="00F45934" w:rsidRPr="00F92C2E" w:rsidRDefault="00F45934" w:rsidP="001F66B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92C2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Poor</w:t>
            </w:r>
            <w:r w:rsidRPr="00F92C2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br/>
              <w:t>1</w:t>
            </w:r>
          </w:p>
        </w:tc>
        <w:tc>
          <w:tcPr>
            <w:tcW w:w="1080" w:type="dxa"/>
            <w:shd w:val="clear" w:color="auto" w:fill="F2F2F2" w:themeFill="background1" w:themeFillShade="F2"/>
          </w:tcPr>
          <w:p w14:paraId="22C0E3BF" w14:textId="77777777" w:rsidR="00F45934" w:rsidRPr="00F92C2E" w:rsidRDefault="00F45934" w:rsidP="001F66B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92C2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Acceptable</w:t>
            </w:r>
            <w:r w:rsidRPr="00F92C2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383" w:type="dxa"/>
            <w:shd w:val="clear" w:color="auto" w:fill="F2F2F2" w:themeFill="background1" w:themeFillShade="F2"/>
          </w:tcPr>
          <w:p w14:paraId="5CEDD6C0" w14:textId="77777777" w:rsidR="00F45934" w:rsidRPr="00F92C2E" w:rsidRDefault="00F45934" w:rsidP="001F66B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92C2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Excellent</w:t>
            </w:r>
            <w:r w:rsidRPr="00F92C2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</w:t>
            </w:r>
          </w:p>
        </w:tc>
      </w:tr>
      <w:bookmarkEnd w:id="0"/>
      <w:tr w:rsidR="00F45934" w:rsidRPr="001E7B3D" w14:paraId="60F3B7CA" w14:textId="77777777" w:rsidTr="00F45934">
        <w:tc>
          <w:tcPr>
            <w:tcW w:w="9720" w:type="dxa"/>
            <w:gridSpan w:val="6"/>
            <w:shd w:val="clear" w:color="auto" w:fill="F2F2F2" w:themeFill="background1" w:themeFillShade="F2"/>
          </w:tcPr>
          <w:p w14:paraId="5EC25996" w14:textId="77777777" w:rsidR="00F45934" w:rsidRPr="00F92C2E" w:rsidRDefault="00F45934" w:rsidP="001F66B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D740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CLO 1: Integrate knowledge from different disciplines to guide holistic nursing care.</w:t>
            </w:r>
          </w:p>
        </w:tc>
      </w:tr>
      <w:tr w:rsidR="00F45934" w:rsidRPr="001E7B3D" w14:paraId="5CB439F7" w14:textId="77777777" w:rsidTr="00F45934">
        <w:tc>
          <w:tcPr>
            <w:tcW w:w="867" w:type="dxa"/>
          </w:tcPr>
          <w:p w14:paraId="00DEBA98" w14:textId="77777777" w:rsidR="00F45934" w:rsidRPr="001E7B3D" w:rsidRDefault="00F45934" w:rsidP="001F66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E7B3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320" w:type="dxa"/>
          </w:tcPr>
          <w:p w14:paraId="7BA91682" w14:textId="77777777" w:rsidR="00F45934" w:rsidRPr="001E7B3D" w:rsidRDefault="00F45934" w:rsidP="001F66B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7B3D">
              <w:rPr>
                <w:rFonts w:ascii="Times New Roman" w:hAnsi="Times New Roman" w:cs="Times New Roman"/>
                <w:sz w:val="18"/>
                <w:szCs w:val="18"/>
              </w:rPr>
              <w:t>Collects relevant information (complete health history – subjective &amp; objective) about the client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260" w:type="dxa"/>
          </w:tcPr>
          <w:p w14:paraId="20D16966" w14:textId="77777777" w:rsidR="00F45934" w:rsidRPr="001E7B3D" w:rsidRDefault="00F45934" w:rsidP="001F66B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</w:tcPr>
          <w:p w14:paraId="1CC529ED" w14:textId="77777777" w:rsidR="00F45934" w:rsidRPr="001E7B3D" w:rsidRDefault="00F45934" w:rsidP="001F66B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</w:tcPr>
          <w:p w14:paraId="52E62198" w14:textId="77777777" w:rsidR="00F45934" w:rsidRPr="001E7B3D" w:rsidRDefault="00F45934" w:rsidP="001F66B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3" w:type="dxa"/>
          </w:tcPr>
          <w:p w14:paraId="61A39C68" w14:textId="77777777" w:rsidR="00F45934" w:rsidRPr="001E7B3D" w:rsidRDefault="00F45934" w:rsidP="001F66B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45934" w:rsidRPr="001E7B3D" w14:paraId="0F8BF42E" w14:textId="77777777" w:rsidTr="00F45934">
        <w:tc>
          <w:tcPr>
            <w:tcW w:w="867" w:type="dxa"/>
          </w:tcPr>
          <w:p w14:paraId="0920A00F" w14:textId="77777777" w:rsidR="00F45934" w:rsidRPr="001E7B3D" w:rsidRDefault="00F45934" w:rsidP="001F66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E7B3D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320" w:type="dxa"/>
          </w:tcPr>
          <w:p w14:paraId="43A9256F" w14:textId="77777777" w:rsidR="00F45934" w:rsidRPr="001E7B3D" w:rsidRDefault="00F45934" w:rsidP="001F66B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7B3D">
              <w:rPr>
                <w:rFonts w:ascii="Times New Roman" w:hAnsi="Times New Roman" w:cs="Times New Roman"/>
                <w:sz w:val="18"/>
                <w:szCs w:val="18"/>
              </w:rPr>
              <w:t>Educate clients based on individualized health needs</w:t>
            </w:r>
          </w:p>
        </w:tc>
        <w:tc>
          <w:tcPr>
            <w:tcW w:w="1260" w:type="dxa"/>
          </w:tcPr>
          <w:p w14:paraId="4B0DDFD3" w14:textId="77777777" w:rsidR="00F45934" w:rsidRPr="001E7B3D" w:rsidRDefault="00F45934" w:rsidP="001F66B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</w:tcPr>
          <w:p w14:paraId="6E508CF2" w14:textId="77777777" w:rsidR="00F45934" w:rsidRPr="001E7B3D" w:rsidRDefault="00F45934" w:rsidP="001F66B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</w:tcPr>
          <w:p w14:paraId="233C2450" w14:textId="77777777" w:rsidR="00F45934" w:rsidRPr="001E7B3D" w:rsidRDefault="00F45934" w:rsidP="001F66B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3" w:type="dxa"/>
          </w:tcPr>
          <w:p w14:paraId="5549E967" w14:textId="77777777" w:rsidR="00F45934" w:rsidRPr="001E7B3D" w:rsidRDefault="00F45934" w:rsidP="001F66B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45934" w:rsidRPr="001E7B3D" w14:paraId="1D5A2DD7" w14:textId="77777777" w:rsidTr="00F45934">
        <w:tc>
          <w:tcPr>
            <w:tcW w:w="867" w:type="dxa"/>
          </w:tcPr>
          <w:p w14:paraId="0723416F" w14:textId="77777777" w:rsidR="00F45934" w:rsidRPr="001E7B3D" w:rsidRDefault="00F45934" w:rsidP="001F66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E7B3D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320" w:type="dxa"/>
          </w:tcPr>
          <w:p w14:paraId="6E92060E" w14:textId="77777777" w:rsidR="00F45934" w:rsidRPr="001E7B3D" w:rsidRDefault="00F45934" w:rsidP="001F66B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7B3D">
              <w:rPr>
                <w:rFonts w:ascii="Times New Roman" w:hAnsi="Times New Roman" w:cs="Times New Roman"/>
                <w:sz w:val="18"/>
                <w:szCs w:val="18"/>
              </w:rPr>
              <w:t>Provide holistic nursing care</w:t>
            </w:r>
          </w:p>
        </w:tc>
        <w:tc>
          <w:tcPr>
            <w:tcW w:w="1260" w:type="dxa"/>
          </w:tcPr>
          <w:p w14:paraId="72FF32E8" w14:textId="77777777" w:rsidR="00F45934" w:rsidRPr="001E7B3D" w:rsidRDefault="00F45934" w:rsidP="001F66B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</w:tcPr>
          <w:p w14:paraId="4350D6CE" w14:textId="77777777" w:rsidR="00F45934" w:rsidRPr="001E7B3D" w:rsidRDefault="00F45934" w:rsidP="001F66B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</w:tcPr>
          <w:p w14:paraId="0F4D85AA" w14:textId="77777777" w:rsidR="00F45934" w:rsidRPr="001E7B3D" w:rsidRDefault="00F45934" w:rsidP="001F66B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3" w:type="dxa"/>
          </w:tcPr>
          <w:p w14:paraId="2C0D82A8" w14:textId="77777777" w:rsidR="00F45934" w:rsidRPr="001E7B3D" w:rsidRDefault="00F45934" w:rsidP="001F66B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45934" w:rsidRPr="001E7B3D" w14:paraId="494EBE3B" w14:textId="77777777" w:rsidTr="00F45934">
        <w:tc>
          <w:tcPr>
            <w:tcW w:w="867" w:type="dxa"/>
          </w:tcPr>
          <w:p w14:paraId="279D5D89" w14:textId="77777777" w:rsidR="00F45934" w:rsidRPr="001E7B3D" w:rsidRDefault="00F45934" w:rsidP="001F66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E7B3D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320" w:type="dxa"/>
          </w:tcPr>
          <w:p w14:paraId="5B1A0EBC" w14:textId="77777777" w:rsidR="00F45934" w:rsidRPr="001E7B3D" w:rsidRDefault="00F45934" w:rsidP="001F66B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7B3D">
              <w:rPr>
                <w:rFonts w:ascii="Times New Roman" w:hAnsi="Times New Roman" w:cs="Times New Roman"/>
                <w:sz w:val="18"/>
                <w:szCs w:val="18"/>
              </w:rPr>
              <w:t>Assess patient response to medication and treatment modalities</w:t>
            </w:r>
          </w:p>
        </w:tc>
        <w:tc>
          <w:tcPr>
            <w:tcW w:w="1260" w:type="dxa"/>
          </w:tcPr>
          <w:p w14:paraId="11B42475" w14:textId="77777777" w:rsidR="00F45934" w:rsidRPr="001E7B3D" w:rsidRDefault="00F45934" w:rsidP="001F66B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</w:tcPr>
          <w:p w14:paraId="46E74E08" w14:textId="77777777" w:rsidR="00F45934" w:rsidRPr="001E7B3D" w:rsidRDefault="00F45934" w:rsidP="001F66B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</w:tcPr>
          <w:p w14:paraId="32A96538" w14:textId="77777777" w:rsidR="00F45934" w:rsidRPr="001E7B3D" w:rsidRDefault="00F45934" w:rsidP="001F66B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3" w:type="dxa"/>
          </w:tcPr>
          <w:p w14:paraId="279CE6CB" w14:textId="77777777" w:rsidR="00F45934" w:rsidRPr="001E7B3D" w:rsidRDefault="00F45934" w:rsidP="001F66B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45934" w:rsidRPr="001E7B3D" w14:paraId="4F43A5E0" w14:textId="77777777" w:rsidTr="00F45934">
        <w:tc>
          <w:tcPr>
            <w:tcW w:w="5187" w:type="dxa"/>
            <w:gridSpan w:val="2"/>
          </w:tcPr>
          <w:p w14:paraId="6CE4B805" w14:textId="77777777" w:rsidR="00F45934" w:rsidRPr="001E7B3D" w:rsidRDefault="00F45934" w:rsidP="001F66B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7B3D">
              <w:rPr>
                <w:rFonts w:ascii="Times New Roman" w:hAnsi="Times New Roman" w:cs="Times New Roman"/>
                <w:sz w:val="18"/>
                <w:szCs w:val="18"/>
              </w:rPr>
              <w:t>Subtotal: /16</w:t>
            </w:r>
          </w:p>
        </w:tc>
        <w:tc>
          <w:tcPr>
            <w:tcW w:w="1260" w:type="dxa"/>
          </w:tcPr>
          <w:p w14:paraId="1D7488D0" w14:textId="77777777" w:rsidR="00F45934" w:rsidRPr="001E7B3D" w:rsidRDefault="00F45934" w:rsidP="001F66B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</w:tcPr>
          <w:p w14:paraId="1AB143BE" w14:textId="77777777" w:rsidR="00F45934" w:rsidRPr="001E7B3D" w:rsidRDefault="00F45934" w:rsidP="001F66B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</w:tcPr>
          <w:p w14:paraId="1D80A1FF" w14:textId="77777777" w:rsidR="00F45934" w:rsidRPr="001E7B3D" w:rsidRDefault="00F45934" w:rsidP="001F66B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3" w:type="dxa"/>
          </w:tcPr>
          <w:p w14:paraId="6AD38289" w14:textId="77777777" w:rsidR="00F45934" w:rsidRPr="001E7B3D" w:rsidRDefault="00F45934" w:rsidP="001F66B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45934" w:rsidRPr="001E7B3D" w14:paraId="24DE9162" w14:textId="77777777" w:rsidTr="00F45934">
        <w:tc>
          <w:tcPr>
            <w:tcW w:w="9720" w:type="dxa"/>
            <w:gridSpan w:val="6"/>
            <w:shd w:val="clear" w:color="auto" w:fill="F2F2F2" w:themeFill="background1" w:themeFillShade="F2"/>
          </w:tcPr>
          <w:p w14:paraId="713F4FA0" w14:textId="77777777" w:rsidR="00F45934" w:rsidRPr="001E7B3D" w:rsidRDefault="00F45934" w:rsidP="001F66B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D74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GB"/>
              </w:rPr>
              <w:t>CLO 2: Evaluate clinical decisions based on ethical, legal, and evidence-based frameworks to enhance patient safety.</w:t>
            </w:r>
          </w:p>
        </w:tc>
      </w:tr>
      <w:tr w:rsidR="00F45934" w:rsidRPr="001E7B3D" w14:paraId="51502D7D" w14:textId="77777777" w:rsidTr="00F45934">
        <w:tc>
          <w:tcPr>
            <w:tcW w:w="867" w:type="dxa"/>
          </w:tcPr>
          <w:p w14:paraId="097C1194" w14:textId="77777777" w:rsidR="00F45934" w:rsidRPr="001E7B3D" w:rsidRDefault="00F45934" w:rsidP="001F66B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bookmarkStart w:id="1" w:name="_Hlk195173741"/>
            <w:r w:rsidRPr="001E7B3D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320" w:type="dxa"/>
          </w:tcPr>
          <w:p w14:paraId="77BB1E59" w14:textId="77777777" w:rsidR="00F45934" w:rsidRPr="001E7B3D" w:rsidRDefault="00F45934" w:rsidP="001F66B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B3D">
              <w:rPr>
                <w:rFonts w:ascii="Times New Roman" w:hAnsi="Times New Roman" w:cs="Times New Roman"/>
                <w:sz w:val="18"/>
                <w:szCs w:val="18"/>
              </w:rPr>
              <w:t>Adhere to nursing code of ethics within scope of practice</w:t>
            </w:r>
          </w:p>
        </w:tc>
        <w:tc>
          <w:tcPr>
            <w:tcW w:w="1260" w:type="dxa"/>
          </w:tcPr>
          <w:p w14:paraId="60883663" w14:textId="77777777" w:rsidR="00F45934" w:rsidRPr="001E7B3D" w:rsidRDefault="00F45934" w:rsidP="001F66B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</w:tcPr>
          <w:p w14:paraId="649B701E" w14:textId="77777777" w:rsidR="00F45934" w:rsidRPr="001E7B3D" w:rsidRDefault="00F45934" w:rsidP="001F66B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</w:tcPr>
          <w:p w14:paraId="3A292E47" w14:textId="77777777" w:rsidR="00F45934" w:rsidRPr="001E7B3D" w:rsidRDefault="00F45934" w:rsidP="001F66B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3" w:type="dxa"/>
          </w:tcPr>
          <w:p w14:paraId="58E12B8A" w14:textId="77777777" w:rsidR="00F45934" w:rsidRPr="001E7B3D" w:rsidRDefault="00F45934" w:rsidP="001F66B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F45934" w:rsidRPr="001E7B3D" w14:paraId="7DEACEEB" w14:textId="77777777" w:rsidTr="00F45934">
        <w:tc>
          <w:tcPr>
            <w:tcW w:w="867" w:type="dxa"/>
          </w:tcPr>
          <w:p w14:paraId="0BEE04E2" w14:textId="77777777" w:rsidR="00F45934" w:rsidRPr="001E7B3D" w:rsidRDefault="00F45934" w:rsidP="001F66B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B3D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320" w:type="dxa"/>
          </w:tcPr>
          <w:p w14:paraId="453DF7DE" w14:textId="77777777" w:rsidR="00F45934" w:rsidRPr="001E7B3D" w:rsidRDefault="00F45934" w:rsidP="001F66B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B3D">
              <w:rPr>
                <w:rFonts w:ascii="Times New Roman" w:hAnsi="Times New Roman" w:cs="Times New Roman"/>
                <w:sz w:val="18"/>
                <w:szCs w:val="18"/>
              </w:rPr>
              <w:t>Maintain client rights, confidentiality, privacy &amp; safe environment</w:t>
            </w:r>
          </w:p>
        </w:tc>
        <w:tc>
          <w:tcPr>
            <w:tcW w:w="1260" w:type="dxa"/>
          </w:tcPr>
          <w:p w14:paraId="755AC81A" w14:textId="77777777" w:rsidR="00F45934" w:rsidRPr="001E7B3D" w:rsidRDefault="00F45934" w:rsidP="001F66B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</w:tcPr>
          <w:p w14:paraId="36BB8016" w14:textId="77777777" w:rsidR="00F45934" w:rsidRPr="001E7B3D" w:rsidRDefault="00F45934" w:rsidP="001F66B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</w:tcPr>
          <w:p w14:paraId="522DA289" w14:textId="77777777" w:rsidR="00F45934" w:rsidRPr="001E7B3D" w:rsidRDefault="00F45934" w:rsidP="001F66B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3" w:type="dxa"/>
          </w:tcPr>
          <w:p w14:paraId="3BC133BE" w14:textId="77777777" w:rsidR="00F45934" w:rsidRPr="001E7B3D" w:rsidRDefault="00F45934" w:rsidP="001F66B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F45934" w:rsidRPr="001E7B3D" w14:paraId="2BFEA0C3" w14:textId="77777777" w:rsidTr="00F45934">
        <w:tc>
          <w:tcPr>
            <w:tcW w:w="867" w:type="dxa"/>
          </w:tcPr>
          <w:p w14:paraId="341117D7" w14:textId="77777777" w:rsidR="00F45934" w:rsidRPr="001E7B3D" w:rsidRDefault="00F45934" w:rsidP="001F66B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B3D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320" w:type="dxa"/>
          </w:tcPr>
          <w:p w14:paraId="0ECC605C" w14:textId="77777777" w:rsidR="00F45934" w:rsidRPr="001E7B3D" w:rsidRDefault="00F45934" w:rsidP="001F66B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B3D">
              <w:rPr>
                <w:rFonts w:ascii="Times New Roman" w:hAnsi="Times New Roman" w:cs="Times New Roman"/>
                <w:sz w:val="18"/>
                <w:szCs w:val="18"/>
              </w:rPr>
              <w:t>Perform proper identification of the client (3Vs: Verbal, Visual, Verification) before procedures</w:t>
            </w:r>
          </w:p>
        </w:tc>
        <w:tc>
          <w:tcPr>
            <w:tcW w:w="1260" w:type="dxa"/>
          </w:tcPr>
          <w:p w14:paraId="51996750" w14:textId="77777777" w:rsidR="00F45934" w:rsidRPr="001E7B3D" w:rsidRDefault="00F45934" w:rsidP="001F66B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</w:tcPr>
          <w:p w14:paraId="051D4341" w14:textId="77777777" w:rsidR="00F45934" w:rsidRPr="001E7B3D" w:rsidRDefault="00F45934" w:rsidP="001F66B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</w:tcPr>
          <w:p w14:paraId="4EA9CA43" w14:textId="77777777" w:rsidR="00F45934" w:rsidRPr="001E7B3D" w:rsidRDefault="00F45934" w:rsidP="001F66B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3" w:type="dxa"/>
          </w:tcPr>
          <w:p w14:paraId="62C14846" w14:textId="77777777" w:rsidR="00F45934" w:rsidRPr="001E7B3D" w:rsidRDefault="00F45934" w:rsidP="001F66B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F45934" w:rsidRPr="001E7B3D" w14:paraId="3EF5D9B2" w14:textId="77777777" w:rsidTr="00F45934">
        <w:tc>
          <w:tcPr>
            <w:tcW w:w="867" w:type="dxa"/>
          </w:tcPr>
          <w:p w14:paraId="626A31EE" w14:textId="77777777" w:rsidR="00F45934" w:rsidRPr="001E7B3D" w:rsidRDefault="00F45934" w:rsidP="001F66B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B3D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320" w:type="dxa"/>
          </w:tcPr>
          <w:p w14:paraId="1F0A502E" w14:textId="77777777" w:rsidR="00F45934" w:rsidRPr="001E7B3D" w:rsidRDefault="00F45934" w:rsidP="001F66B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B3D">
              <w:rPr>
                <w:rFonts w:ascii="Times New Roman" w:hAnsi="Times New Roman" w:cs="Times New Roman"/>
                <w:sz w:val="18"/>
                <w:szCs w:val="18"/>
              </w:rPr>
              <w:t>Submit assignments on time</w:t>
            </w:r>
          </w:p>
        </w:tc>
        <w:tc>
          <w:tcPr>
            <w:tcW w:w="1260" w:type="dxa"/>
          </w:tcPr>
          <w:p w14:paraId="69B2AA95" w14:textId="77777777" w:rsidR="00F45934" w:rsidRPr="001E7B3D" w:rsidRDefault="00F45934" w:rsidP="001F66B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</w:tcPr>
          <w:p w14:paraId="064706FA" w14:textId="77777777" w:rsidR="00F45934" w:rsidRPr="001E7B3D" w:rsidRDefault="00F45934" w:rsidP="001F66B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</w:tcPr>
          <w:p w14:paraId="6DE3470F" w14:textId="77777777" w:rsidR="00F45934" w:rsidRPr="001E7B3D" w:rsidRDefault="00F45934" w:rsidP="001F66B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3" w:type="dxa"/>
          </w:tcPr>
          <w:p w14:paraId="432A0B07" w14:textId="77777777" w:rsidR="00F45934" w:rsidRPr="001E7B3D" w:rsidRDefault="00F45934" w:rsidP="001F66B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F45934" w:rsidRPr="001E7B3D" w14:paraId="11FB93AF" w14:textId="77777777" w:rsidTr="00F45934">
        <w:tc>
          <w:tcPr>
            <w:tcW w:w="867" w:type="dxa"/>
          </w:tcPr>
          <w:p w14:paraId="78AD4672" w14:textId="77777777" w:rsidR="00F45934" w:rsidRPr="001E7B3D" w:rsidRDefault="00F45934" w:rsidP="001F66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E7B3D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320" w:type="dxa"/>
          </w:tcPr>
          <w:p w14:paraId="2A7479E1" w14:textId="77777777" w:rsidR="00F45934" w:rsidRPr="001E7B3D" w:rsidRDefault="00F45934" w:rsidP="001F66B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7B3D">
              <w:rPr>
                <w:rFonts w:ascii="Times New Roman" w:hAnsi="Times New Roman" w:cs="Times New Roman"/>
                <w:sz w:val="18"/>
                <w:szCs w:val="18"/>
              </w:rPr>
              <w:t>Documents nursing care with respect to time and date</w:t>
            </w:r>
          </w:p>
        </w:tc>
        <w:tc>
          <w:tcPr>
            <w:tcW w:w="1260" w:type="dxa"/>
          </w:tcPr>
          <w:p w14:paraId="517466F5" w14:textId="77777777" w:rsidR="00F45934" w:rsidRPr="001E7B3D" w:rsidRDefault="00F45934" w:rsidP="001F66B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</w:tcPr>
          <w:p w14:paraId="799EA403" w14:textId="77777777" w:rsidR="00F45934" w:rsidRPr="001E7B3D" w:rsidRDefault="00F45934" w:rsidP="001F66B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</w:tcPr>
          <w:p w14:paraId="5606ED37" w14:textId="77777777" w:rsidR="00F45934" w:rsidRPr="001E7B3D" w:rsidRDefault="00F45934" w:rsidP="001F66B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3" w:type="dxa"/>
          </w:tcPr>
          <w:p w14:paraId="62C746FF" w14:textId="77777777" w:rsidR="00F45934" w:rsidRPr="001E7B3D" w:rsidRDefault="00F45934" w:rsidP="001F66B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45934" w:rsidRPr="001E7B3D" w14:paraId="4177EDDF" w14:textId="77777777" w:rsidTr="00F45934">
        <w:tc>
          <w:tcPr>
            <w:tcW w:w="5187" w:type="dxa"/>
            <w:gridSpan w:val="2"/>
          </w:tcPr>
          <w:p w14:paraId="7B5D5B64" w14:textId="77777777" w:rsidR="00F45934" w:rsidRPr="001E7B3D" w:rsidRDefault="00F45934" w:rsidP="001F66B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B3D">
              <w:rPr>
                <w:rFonts w:ascii="Times New Roman" w:eastAsia="Times New Roman" w:hAnsi="Times New Roman" w:cs="Times New Roman"/>
                <w:sz w:val="18"/>
                <w:szCs w:val="18"/>
              </w:rPr>
              <w:t>Subtotal: /20</w:t>
            </w:r>
          </w:p>
        </w:tc>
        <w:tc>
          <w:tcPr>
            <w:tcW w:w="1260" w:type="dxa"/>
          </w:tcPr>
          <w:p w14:paraId="4787FBB8" w14:textId="77777777" w:rsidR="00F45934" w:rsidRPr="001E7B3D" w:rsidRDefault="00F45934" w:rsidP="001F66B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</w:tcPr>
          <w:p w14:paraId="46D0AD5E" w14:textId="77777777" w:rsidR="00F45934" w:rsidRPr="001E7B3D" w:rsidRDefault="00F45934" w:rsidP="001F66B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</w:tcPr>
          <w:p w14:paraId="4E97BBB9" w14:textId="77777777" w:rsidR="00F45934" w:rsidRPr="001E7B3D" w:rsidRDefault="00F45934" w:rsidP="001F66B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3" w:type="dxa"/>
          </w:tcPr>
          <w:p w14:paraId="2E099A79" w14:textId="77777777" w:rsidR="00F45934" w:rsidRPr="001E7B3D" w:rsidRDefault="00F45934" w:rsidP="001F66B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F45934" w:rsidRPr="001E7B3D" w14:paraId="1D0847F0" w14:textId="77777777" w:rsidTr="00F45934">
        <w:tc>
          <w:tcPr>
            <w:tcW w:w="9720" w:type="dxa"/>
            <w:gridSpan w:val="6"/>
            <w:shd w:val="clear" w:color="auto" w:fill="F2F2F2" w:themeFill="background1" w:themeFillShade="F2"/>
          </w:tcPr>
          <w:p w14:paraId="30ED5CA7" w14:textId="77777777" w:rsidR="00F45934" w:rsidRPr="001E7B3D" w:rsidRDefault="00F45934" w:rsidP="001F66B4">
            <w:pPr>
              <w:rPr>
                <w:rFonts w:ascii="Times New Roman" w:eastAsia="Times New Roman" w:hAnsi="Times New Roman" w:cs="Times New Roman"/>
                <w:sz w:val="18"/>
                <w:szCs w:val="18"/>
                <w:lang w:bidi="ar-JO"/>
              </w:rPr>
            </w:pPr>
            <w:r w:rsidRPr="001E7B3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bidi="ar-JO"/>
              </w:rPr>
              <w:t xml:space="preserve">CLO 3: </w:t>
            </w:r>
            <w:r w:rsidRPr="00F8536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bidi="ar-JO"/>
              </w:rPr>
              <w:t>Analyze the integration of critical thinking and clinical judgment to prioritize evidence-based decision-making in clinical scenarios</w:t>
            </w:r>
            <w:r w:rsidRPr="001E7B3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bidi="ar-JO"/>
              </w:rPr>
              <w:t>.</w:t>
            </w:r>
          </w:p>
        </w:tc>
      </w:tr>
      <w:tr w:rsidR="00F45934" w:rsidRPr="001E7B3D" w14:paraId="7B7E5DC2" w14:textId="77777777" w:rsidTr="00F45934">
        <w:tc>
          <w:tcPr>
            <w:tcW w:w="867" w:type="dxa"/>
          </w:tcPr>
          <w:p w14:paraId="61BC90C9" w14:textId="77777777" w:rsidR="00F45934" w:rsidRPr="001E7B3D" w:rsidRDefault="00F45934" w:rsidP="001F66B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ar-JO"/>
              </w:rPr>
            </w:pPr>
            <w:bookmarkStart w:id="2" w:name="_Hlk195173787"/>
            <w:bookmarkEnd w:id="1"/>
            <w:r w:rsidRPr="001E7B3D">
              <w:rPr>
                <w:rFonts w:ascii="Times New Roman" w:eastAsia="Times New Roman" w:hAnsi="Times New Roman" w:cs="Times New Roman"/>
                <w:sz w:val="18"/>
                <w:szCs w:val="18"/>
                <w:lang w:bidi="ar-JO"/>
              </w:rPr>
              <w:t>1</w:t>
            </w:r>
          </w:p>
        </w:tc>
        <w:tc>
          <w:tcPr>
            <w:tcW w:w="4320" w:type="dxa"/>
          </w:tcPr>
          <w:p w14:paraId="1A0B5D9E" w14:textId="77777777" w:rsidR="00F45934" w:rsidRPr="001E7B3D" w:rsidRDefault="00F45934" w:rsidP="001F66B4">
            <w:pPr>
              <w:rPr>
                <w:rFonts w:ascii="Times New Roman" w:eastAsia="Times New Roman" w:hAnsi="Times New Roman" w:cs="Times New Roman"/>
                <w:sz w:val="18"/>
                <w:szCs w:val="18"/>
                <w:lang w:bidi="ar-JO"/>
              </w:rPr>
            </w:pPr>
            <w:r w:rsidRPr="001E7B3D">
              <w:rPr>
                <w:rFonts w:ascii="Times New Roman" w:hAnsi="Times New Roman" w:cs="Times New Roman"/>
                <w:sz w:val="18"/>
                <w:szCs w:val="18"/>
              </w:rPr>
              <w:t>Demonstrate critical thinking and decision-making</w:t>
            </w:r>
          </w:p>
        </w:tc>
        <w:tc>
          <w:tcPr>
            <w:tcW w:w="1260" w:type="dxa"/>
          </w:tcPr>
          <w:p w14:paraId="41132DC5" w14:textId="77777777" w:rsidR="00F45934" w:rsidRPr="001E7B3D" w:rsidRDefault="00F45934" w:rsidP="001F66B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ar-JO"/>
              </w:rPr>
            </w:pPr>
          </w:p>
        </w:tc>
        <w:tc>
          <w:tcPr>
            <w:tcW w:w="810" w:type="dxa"/>
          </w:tcPr>
          <w:p w14:paraId="17CFC153" w14:textId="77777777" w:rsidR="00F45934" w:rsidRPr="001E7B3D" w:rsidRDefault="00F45934" w:rsidP="001F66B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ar-JO"/>
              </w:rPr>
            </w:pPr>
          </w:p>
        </w:tc>
        <w:tc>
          <w:tcPr>
            <w:tcW w:w="1080" w:type="dxa"/>
          </w:tcPr>
          <w:p w14:paraId="18385011" w14:textId="77777777" w:rsidR="00F45934" w:rsidRPr="001E7B3D" w:rsidRDefault="00F45934" w:rsidP="001F66B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ar-JO"/>
              </w:rPr>
            </w:pPr>
          </w:p>
        </w:tc>
        <w:tc>
          <w:tcPr>
            <w:tcW w:w="1383" w:type="dxa"/>
          </w:tcPr>
          <w:p w14:paraId="43645785" w14:textId="77777777" w:rsidR="00F45934" w:rsidRPr="001E7B3D" w:rsidRDefault="00F45934" w:rsidP="001F66B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ar-JO"/>
              </w:rPr>
            </w:pPr>
          </w:p>
        </w:tc>
      </w:tr>
      <w:tr w:rsidR="00F45934" w:rsidRPr="001E7B3D" w14:paraId="6C4B8B09" w14:textId="77777777" w:rsidTr="00F45934">
        <w:tc>
          <w:tcPr>
            <w:tcW w:w="867" w:type="dxa"/>
          </w:tcPr>
          <w:p w14:paraId="39DFD084" w14:textId="77777777" w:rsidR="00F45934" w:rsidRPr="001E7B3D" w:rsidRDefault="00F45934" w:rsidP="001F66B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ar-JO"/>
              </w:rPr>
            </w:pPr>
            <w:r w:rsidRPr="001E7B3D">
              <w:rPr>
                <w:rFonts w:ascii="Times New Roman" w:eastAsia="Times New Roman" w:hAnsi="Times New Roman" w:cs="Times New Roman"/>
                <w:sz w:val="18"/>
                <w:szCs w:val="18"/>
                <w:lang w:bidi="ar-JO"/>
              </w:rPr>
              <w:t>2</w:t>
            </w:r>
          </w:p>
        </w:tc>
        <w:tc>
          <w:tcPr>
            <w:tcW w:w="4320" w:type="dxa"/>
          </w:tcPr>
          <w:p w14:paraId="5A4F274D" w14:textId="77777777" w:rsidR="00F45934" w:rsidRPr="001E7B3D" w:rsidRDefault="00F45934" w:rsidP="001F66B4">
            <w:pPr>
              <w:rPr>
                <w:rFonts w:ascii="Times New Roman" w:eastAsia="Times New Roman" w:hAnsi="Times New Roman" w:cs="Times New Roman"/>
                <w:sz w:val="18"/>
                <w:szCs w:val="18"/>
                <w:lang w:bidi="ar-JO"/>
              </w:rPr>
            </w:pPr>
            <w:r w:rsidRPr="001E7B3D">
              <w:rPr>
                <w:rFonts w:ascii="Times New Roman" w:hAnsi="Times New Roman" w:cs="Times New Roman"/>
                <w:sz w:val="18"/>
                <w:szCs w:val="18"/>
              </w:rPr>
              <w:t>Apply appropriate problem-solving process</w:t>
            </w:r>
          </w:p>
        </w:tc>
        <w:tc>
          <w:tcPr>
            <w:tcW w:w="1260" w:type="dxa"/>
          </w:tcPr>
          <w:p w14:paraId="29A39C86" w14:textId="77777777" w:rsidR="00F45934" w:rsidRPr="001E7B3D" w:rsidRDefault="00F45934" w:rsidP="001F66B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ar-JO"/>
              </w:rPr>
            </w:pPr>
          </w:p>
        </w:tc>
        <w:tc>
          <w:tcPr>
            <w:tcW w:w="810" w:type="dxa"/>
          </w:tcPr>
          <w:p w14:paraId="04B89B92" w14:textId="77777777" w:rsidR="00F45934" w:rsidRPr="001E7B3D" w:rsidRDefault="00F45934" w:rsidP="001F66B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ar-JO"/>
              </w:rPr>
            </w:pPr>
          </w:p>
        </w:tc>
        <w:tc>
          <w:tcPr>
            <w:tcW w:w="1080" w:type="dxa"/>
          </w:tcPr>
          <w:p w14:paraId="3934F02E" w14:textId="77777777" w:rsidR="00F45934" w:rsidRPr="001E7B3D" w:rsidRDefault="00F45934" w:rsidP="001F66B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ar-JO"/>
              </w:rPr>
            </w:pPr>
          </w:p>
        </w:tc>
        <w:tc>
          <w:tcPr>
            <w:tcW w:w="1383" w:type="dxa"/>
          </w:tcPr>
          <w:p w14:paraId="3EEEDAC5" w14:textId="77777777" w:rsidR="00F45934" w:rsidRPr="001E7B3D" w:rsidRDefault="00F45934" w:rsidP="001F66B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ar-JO"/>
              </w:rPr>
            </w:pPr>
          </w:p>
        </w:tc>
      </w:tr>
      <w:tr w:rsidR="00F45934" w:rsidRPr="001E7B3D" w14:paraId="46340B61" w14:textId="77777777" w:rsidTr="00F45934">
        <w:tc>
          <w:tcPr>
            <w:tcW w:w="867" w:type="dxa"/>
          </w:tcPr>
          <w:p w14:paraId="2921BF73" w14:textId="77777777" w:rsidR="00F45934" w:rsidRPr="001E7B3D" w:rsidRDefault="00F45934" w:rsidP="001F66B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ar-JO"/>
              </w:rPr>
            </w:pPr>
            <w:r w:rsidRPr="001E7B3D">
              <w:rPr>
                <w:rFonts w:ascii="Times New Roman" w:eastAsia="Times New Roman" w:hAnsi="Times New Roman" w:cs="Times New Roman"/>
                <w:sz w:val="18"/>
                <w:szCs w:val="18"/>
                <w:lang w:bidi="ar-JO"/>
              </w:rPr>
              <w:t>3</w:t>
            </w:r>
          </w:p>
        </w:tc>
        <w:tc>
          <w:tcPr>
            <w:tcW w:w="4320" w:type="dxa"/>
          </w:tcPr>
          <w:p w14:paraId="0EBA56E7" w14:textId="77777777" w:rsidR="00F45934" w:rsidRPr="001E7B3D" w:rsidRDefault="00F45934" w:rsidP="001F66B4">
            <w:pPr>
              <w:rPr>
                <w:rFonts w:ascii="Times New Roman" w:eastAsia="Times New Roman" w:hAnsi="Times New Roman" w:cs="Times New Roman"/>
                <w:sz w:val="18"/>
                <w:szCs w:val="18"/>
                <w:lang w:bidi="ar-JO"/>
              </w:rPr>
            </w:pPr>
            <w:r w:rsidRPr="001E7B3D">
              <w:rPr>
                <w:rFonts w:ascii="Times New Roman" w:hAnsi="Times New Roman" w:cs="Times New Roman"/>
                <w:sz w:val="18"/>
                <w:szCs w:val="18"/>
              </w:rPr>
              <w:t>Ask relevant and insightful questions</w:t>
            </w:r>
          </w:p>
        </w:tc>
        <w:tc>
          <w:tcPr>
            <w:tcW w:w="1260" w:type="dxa"/>
          </w:tcPr>
          <w:p w14:paraId="1DA49145" w14:textId="77777777" w:rsidR="00F45934" w:rsidRPr="001E7B3D" w:rsidRDefault="00F45934" w:rsidP="001F66B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ar-JO"/>
              </w:rPr>
            </w:pPr>
          </w:p>
        </w:tc>
        <w:tc>
          <w:tcPr>
            <w:tcW w:w="810" w:type="dxa"/>
          </w:tcPr>
          <w:p w14:paraId="4D65C421" w14:textId="77777777" w:rsidR="00F45934" w:rsidRPr="001E7B3D" w:rsidRDefault="00F45934" w:rsidP="001F66B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ar-JO"/>
              </w:rPr>
            </w:pPr>
          </w:p>
        </w:tc>
        <w:tc>
          <w:tcPr>
            <w:tcW w:w="1080" w:type="dxa"/>
          </w:tcPr>
          <w:p w14:paraId="54220B71" w14:textId="77777777" w:rsidR="00F45934" w:rsidRPr="001E7B3D" w:rsidRDefault="00F45934" w:rsidP="001F66B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ar-JO"/>
              </w:rPr>
            </w:pPr>
          </w:p>
        </w:tc>
        <w:tc>
          <w:tcPr>
            <w:tcW w:w="1383" w:type="dxa"/>
          </w:tcPr>
          <w:p w14:paraId="391DC5A5" w14:textId="77777777" w:rsidR="00F45934" w:rsidRPr="001E7B3D" w:rsidRDefault="00F45934" w:rsidP="001F66B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ar-JO"/>
              </w:rPr>
            </w:pPr>
          </w:p>
        </w:tc>
      </w:tr>
      <w:tr w:rsidR="00F45934" w:rsidRPr="001E7B3D" w14:paraId="39CEECE1" w14:textId="77777777" w:rsidTr="00F45934">
        <w:tc>
          <w:tcPr>
            <w:tcW w:w="867" w:type="dxa"/>
          </w:tcPr>
          <w:p w14:paraId="55A56A2B" w14:textId="77777777" w:rsidR="00F45934" w:rsidRPr="001E7B3D" w:rsidRDefault="00F45934" w:rsidP="001F66B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ar-JO"/>
              </w:rPr>
            </w:pPr>
            <w:r w:rsidRPr="001E7B3D">
              <w:rPr>
                <w:rFonts w:ascii="Times New Roman" w:eastAsia="Times New Roman" w:hAnsi="Times New Roman" w:cs="Times New Roman"/>
                <w:sz w:val="18"/>
                <w:szCs w:val="18"/>
                <w:lang w:bidi="ar-JO"/>
              </w:rPr>
              <w:t>4</w:t>
            </w:r>
          </w:p>
        </w:tc>
        <w:tc>
          <w:tcPr>
            <w:tcW w:w="4320" w:type="dxa"/>
          </w:tcPr>
          <w:p w14:paraId="45E6DCF8" w14:textId="77777777" w:rsidR="00F45934" w:rsidRPr="001E7B3D" w:rsidRDefault="00F45934" w:rsidP="001F66B4">
            <w:pPr>
              <w:rPr>
                <w:rFonts w:ascii="Times New Roman" w:eastAsia="Times New Roman" w:hAnsi="Times New Roman" w:cs="Times New Roman"/>
                <w:sz w:val="18"/>
                <w:szCs w:val="18"/>
                <w:lang w:bidi="ar-JO"/>
              </w:rPr>
            </w:pPr>
            <w:r w:rsidRPr="001E7B3D">
              <w:rPr>
                <w:rFonts w:ascii="Times New Roman" w:hAnsi="Times New Roman" w:cs="Times New Roman"/>
                <w:sz w:val="18"/>
                <w:szCs w:val="18"/>
              </w:rPr>
              <w:t>Identify gaps between real practices and evidence-based practices (EBP)</w:t>
            </w:r>
          </w:p>
        </w:tc>
        <w:tc>
          <w:tcPr>
            <w:tcW w:w="1260" w:type="dxa"/>
          </w:tcPr>
          <w:p w14:paraId="44B7FEC5" w14:textId="77777777" w:rsidR="00F45934" w:rsidRPr="001E7B3D" w:rsidRDefault="00F45934" w:rsidP="001F66B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ar-JO"/>
              </w:rPr>
            </w:pPr>
          </w:p>
        </w:tc>
        <w:tc>
          <w:tcPr>
            <w:tcW w:w="810" w:type="dxa"/>
          </w:tcPr>
          <w:p w14:paraId="61B59BE3" w14:textId="77777777" w:rsidR="00F45934" w:rsidRPr="001E7B3D" w:rsidRDefault="00F45934" w:rsidP="001F66B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ar-JO"/>
              </w:rPr>
            </w:pPr>
          </w:p>
        </w:tc>
        <w:tc>
          <w:tcPr>
            <w:tcW w:w="1080" w:type="dxa"/>
          </w:tcPr>
          <w:p w14:paraId="0F2A48E1" w14:textId="77777777" w:rsidR="00F45934" w:rsidRPr="001E7B3D" w:rsidRDefault="00F45934" w:rsidP="001F66B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ar-JO"/>
              </w:rPr>
            </w:pPr>
          </w:p>
        </w:tc>
        <w:tc>
          <w:tcPr>
            <w:tcW w:w="1383" w:type="dxa"/>
          </w:tcPr>
          <w:p w14:paraId="643AAB6A" w14:textId="77777777" w:rsidR="00F45934" w:rsidRPr="001E7B3D" w:rsidRDefault="00F45934" w:rsidP="001F66B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ar-JO"/>
              </w:rPr>
            </w:pPr>
          </w:p>
        </w:tc>
      </w:tr>
      <w:tr w:rsidR="00F45934" w:rsidRPr="001E7B3D" w14:paraId="776CB2B6" w14:textId="77777777" w:rsidTr="00F45934">
        <w:tc>
          <w:tcPr>
            <w:tcW w:w="867" w:type="dxa"/>
          </w:tcPr>
          <w:p w14:paraId="526258BE" w14:textId="77777777" w:rsidR="00F45934" w:rsidRPr="001E7B3D" w:rsidRDefault="00F45934" w:rsidP="001F66B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ar-JO"/>
              </w:rPr>
            </w:pPr>
            <w:r w:rsidRPr="001E7B3D">
              <w:rPr>
                <w:rFonts w:ascii="Times New Roman" w:eastAsia="Times New Roman" w:hAnsi="Times New Roman" w:cs="Times New Roman"/>
                <w:sz w:val="18"/>
                <w:szCs w:val="18"/>
                <w:lang w:bidi="ar-JO"/>
              </w:rPr>
              <w:t>5</w:t>
            </w:r>
          </w:p>
        </w:tc>
        <w:tc>
          <w:tcPr>
            <w:tcW w:w="4320" w:type="dxa"/>
          </w:tcPr>
          <w:p w14:paraId="21F3452C" w14:textId="77777777" w:rsidR="00F45934" w:rsidRPr="001E7B3D" w:rsidRDefault="00F45934" w:rsidP="001F66B4">
            <w:pPr>
              <w:rPr>
                <w:rFonts w:ascii="Times New Roman" w:eastAsia="Times New Roman" w:hAnsi="Times New Roman" w:cs="Times New Roman"/>
                <w:sz w:val="18"/>
                <w:szCs w:val="18"/>
                <w:lang w:bidi="ar-JO"/>
              </w:rPr>
            </w:pPr>
            <w:r w:rsidRPr="001E7B3D">
              <w:rPr>
                <w:rFonts w:ascii="Times New Roman" w:hAnsi="Times New Roman" w:cs="Times New Roman"/>
                <w:sz w:val="18"/>
                <w:szCs w:val="18"/>
              </w:rPr>
              <w:t>Use current literature to integrate evidence and improve patient care</w:t>
            </w:r>
          </w:p>
        </w:tc>
        <w:tc>
          <w:tcPr>
            <w:tcW w:w="1260" w:type="dxa"/>
          </w:tcPr>
          <w:p w14:paraId="0CB15BCA" w14:textId="77777777" w:rsidR="00F45934" w:rsidRPr="001E7B3D" w:rsidRDefault="00F45934" w:rsidP="001F66B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ar-JO"/>
              </w:rPr>
            </w:pPr>
          </w:p>
        </w:tc>
        <w:tc>
          <w:tcPr>
            <w:tcW w:w="810" w:type="dxa"/>
          </w:tcPr>
          <w:p w14:paraId="0B1B0DB5" w14:textId="77777777" w:rsidR="00F45934" w:rsidRPr="001E7B3D" w:rsidRDefault="00F45934" w:rsidP="001F66B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ar-JO"/>
              </w:rPr>
            </w:pPr>
          </w:p>
        </w:tc>
        <w:tc>
          <w:tcPr>
            <w:tcW w:w="1080" w:type="dxa"/>
          </w:tcPr>
          <w:p w14:paraId="27E98A82" w14:textId="77777777" w:rsidR="00F45934" w:rsidRPr="001E7B3D" w:rsidRDefault="00F45934" w:rsidP="001F66B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ar-JO"/>
              </w:rPr>
            </w:pPr>
          </w:p>
        </w:tc>
        <w:tc>
          <w:tcPr>
            <w:tcW w:w="1383" w:type="dxa"/>
          </w:tcPr>
          <w:p w14:paraId="45736814" w14:textId="77777777" w:rsidR="00F45934" w:rsidRPr="001E7B3D" w:rsidRDefault="00F45934" w:rsidP="001F66B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ar-JO"/>
              </w:rPr>
            </w:pPr>
          </w:p>
        </w:tc>
      </w:tr>
      <w:tr w:rsidR="00F45934" w:rsidRPr="001E7B3D" w14:paraId="5208EF8C" w14:textId="77777777" w:rsidTr="00F45934">
        <w:tc>
          <w:tcPr>
            <w:tcW w:w="5187" w:type="dxa"/>
            <w:gridSpan w:val="2"/>
          </w:tcPr>
          <w:p w14:paraId="2010DC17" w14:textId="77777777" w:rsidR="00F45934" w:rsidRPr="001E7B3D" w:rsidRDefault="00F45934" w:rsidP="001F66B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ar-JO"/>
              </w:rPr>
            </w:pPr>
            <w:r w:rsidRPr="001E7B3D">
              <w:rPr>
                <w:rFonts w:ascii="Times New Roman" w:eastAsia="Times New Roman" w:hAnsi="Times New Roman" w:cs="Times New Roman"/>
                <w:sz w:val="18"/>
                <w:szCs w:val="18"/>
                <w:lang w:bidi="ar-JO"/>
              </w:rPr>
              <w:t>Subtotal: /20</w:t>
            </w:r>
          </w:p>
        </w:tc>
        <w:tc>
          <w:tcPr>
            <w:tcW w:w="1260" w:type="dxa"/>
          </w:tcPr>
          <w:p w14:paraId="41D82E74" w14:textId="77777777" w:rsidR="00F45934" w:rsidRPr="001E7B3D" w:rsidRDefault="00F45934" w:rsidP="001F66B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ar-JO"/>
              </w:rPr>
            </w:pPr>
          </w:p>
        </w:tc>
        <w:tc>
          <w:tcPr>
            <w:tcW w:w="810" w:type="dxa"/>
          </w:tcPr>
          <w:p w14:paraId="1D7AF8A7" w14:textId="77777777" w:rsidR="00F45934" w:rsidRPr="001E7B3D" w:rsidRDefault="00F45934" w:rsidP="001F66B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ar-JO"/>
              </w:rPr>
            </w:pPr>
          </w:p>
        </w:tc>
        <w:tc>
          <w:tcPr>
            <w:tcW w:w="1080" w:type="dxa"/>
          </w:tcPr>
          <w:p w14:paraId="11A1D059" w14:textId="77777777" w:rsidR="00F45934" w:rsidRPr="001E7B3D" w:rsidRDefault="00F45934" w:rsidP="001F66B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ar-JO"/>
              </w:rPr>
            </w:pPr>
          </w:p>
        </w:tc>
        <w:tc>
          <w:tcPr>
            <w:tcW w:w="1383" w:type="dxa"/>
          </w:tcPr>
          <w:p w14:paraId="07C2AA39" w14:textId="77777777" w:rsidR="00F45934" w:rsidRPr="001E7B3D" w:rsidRDefault="00F45934" w:rsidP="001F66B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ar-JO"/>
              </w:rPr>
            </w:pPr>
          </w:p>
        </w:tc>
      </w:tr>
      <w:tr w:rsidR="00F45934" w:rsidRPr="001E7B3D" w14:paraId="5109910C" w14:textId="77777777" w:rsidTr="00F45934">
        <w:tc>
          <w:tcPr>
            <w:tcW w:w="9720" w:type="dxa"/>
            <w:gridSpan w:val="6"/>
            <w:shd w:val="clear" w:color="auto" w:fill="F2F2F2" w:themeFill="background1" w:themeFillShade="F2"/>
          </w:tcPr>
          <w:p w14:paraId="3BDAB975" w14:textId="77777777" w:rsidR="00F45934" w:rsidRPr="00F35A00" w:rsidRDefault="00F45934" w:rsidP="001F66B4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bidi="ar-JO"/>
              </w:rPr>
            </w:pPr>
            <w:r w:rsidRPr="00F35A0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bidi="ar-JO"/>
              </w:rPr>
              <w:t>CLO 4: Develop individualized nursing care plans using a comprehensive, prioritized, and systematic approach that enhances quality of care.</w:t>
            </w:r>
          </w:p>
        </w:tc>
      </w:tr>
      <w:tr w:rsidR="00F45934" w:rsidRPr="001E7B3D" w14:paraId="223629A8" w14:textId="77777777" w:rsidTr="00F45934">
        <w:tc>
          <w:tcPr>
            <w:tcW w:w="867" w:type="dxa"/>
          </w:tcPr>
          <w:p w14:paraId="770E6780" w14:textId="77777777" w:rsidR="00F45934" w:rsidRPr="001E7B3D" w:rsidRDefault="00F45934" w:rsidP="001F66B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ar-JO"/>
              </w:rPr>
            </w:pPr>
            <w:r w:rsidRPr="001E7B3D">
              <w:rPr>
                <w:rFonts w:ascii="Times New Roman" w:eastAsia="Times New Roman" w:hAnsi="Times New Roman" w:cs="Times New Roman"/>
                <w:sz w:val="18"/>
                <w:szCs w:val="18"/>
                <w:lang w:bidi="ar-JO"/>
              </w:rPr>
              <w:t>1</w:t>
            </w:r>
          </w:p>
        </w:tc>
        <w:tc>
          <w:tcPr>
            <w:tcW w:w="4320" w:type="dxa"/>
          </w:tcPr>
          <w:p w14:paraId="7EA59A26" w14:textId="77777777" w:rsidR="00F45934" w:rsidRPr="001E7B3D" w:rsidRDefault="00F45934" w:rsidP="001F66B4">
            <w:pPr>
              <w:rPr>
                <w:rFonts w:ascii="Times New Roman" w:eastAsia="Times New Roman" w:hAnsi="Times New Roman" w:cs="Times New Roman"/>
                <w:sz w:val="18"/>
                <w:szCs w:val="18"/>
                <w:lang w:bidi="ar-JO"/>
              </w:rPr>
            </w:pPr>
            <w:r w:rsidRPr="001E7B3D">
              <w:rPr>
                <w:rFonts w:ascii="Times New Roman" w:hAnsi="Times New Roman" w:cs="Times New Roman"/>
                <w:sz w:val="18"/>
                <w:szCs w:val="18"/>
              </w:rPr>
              <w:t>Formulate 2- or 3-part nursing diagnoses based on assessment data</w:t>
            </w:r>
          </w:p>
        </w:tc>
        <w:tc>
          <w:tcPr>
            <w:tcW w:w="1260" w:type="dxa"/>
          </w:tcPr>
          <w:p w14:paraId="32179F5D" w14:textId="77777777" w:rsidR="00F45934" w:rsidRPr="001E7B3D" w:rsidRDefault="00F45934" w:rsidP="001F66B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ar-JO"/>
              </w:rPr>
            </w:pPr>
          </w:p>
        </w:tc>
        <w:tc>
          <w:tcPr>
            <w:tcW w:w="810" w:type="dxa"/>
          </w:tcPr>
          <w:p w14:paraId="4F497A7E" w14:textId="77777777" w:rsidR="00F45934" w:rsidRPr="001E7B3D" w:rsidRDefault="00F45934" w:rsidP="001F66B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ar-JO"/>
              </w:rPr>
            </w:pPr>
          </w:p>
        </w:tc>
        <w:tc>
          <w:tcPr>
            <w:tcW w:w="1080" w:type="dxa"/>
          </w:tcPr>
          <w:p w14:paraId="50ED0718" w14:textId="77777777" w:rsidR="00F45934" w:rsidRPr="001E7B3D" w:rsidRDefault="00F45934" w:rsidP="001F66B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ar-JO"/>
              </w:rPr>
            </w:pPr>
          </w:p>
        </w:tc>
        <w:tc>
          <w:tcPr>
            <w:tcW w:w="1383" w:type="dxa"/>
          </w:tcPr>
          <w:p w14:paraId="3035FCF6" w14:textId="77777777" w:rsidR="00F45934" w:rsidRPr="001E7B3D" w:rsidRDefault="00F45934" w:rsidP="001F66B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ar-JO"/>
              </w:rPr>
            </w:pPr>
          </w:p>
        </w:tc>
      </w:tr>
      <w:tr w:rsidR="00F45934" w:rsidRPr="001E7B3D" w14:paraId="02BFB4FB" w14:textId="77777777" w:rsidTr="00F45934">
        <w:tc>
          <w:tcPr>
            <w:tcW w:w="867" w:type="dxa"/>
          </w:tcPr>
          <w:p w14:paraId="12E8E607" w14:textId="77777777" w:rsidR="00F45934" w:rsidRPr="001E7B3D" w:rsidRDefault="00F45934" w:rsidP="001F66B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ar-JO"/>
              </w:rPr>
            </w:pPr>
            <w:r w:rsidRPr="001E7B3D">
              <w:rPr>
                <w:rFonts w:ascii="Times New Roman" w:eastAsia="Times New Roman" w:hAnsi="Times New Roman" w:cs="Times New Roman"/>
                <w:sz w:val="18"/>
                <w:szCs w:val="18"/>
                <w:lang w:bidi="ar-JO"/>
              </w:rPr>
              <w:t>2</w:t>
            </w:r>
          </w:p>
        </w:tc>
        <w:tc>
          <w:tcPr>
            <w:tcW w:w="4320" w:type="dxa"/>
          </w:tcPr>
          <w:p w14:paraId="0BCD65C6" w14:textId="77777777" w:rsidR="00F45934" w:rsidRPr="001E7B3D" w:rsidRDefault="00F45934" w:rsidP="001F66B4">
            <w:pPr>
              <w:rPr>
                <w:rFonts w:ascii="Times New Roman" w:eastAsia="Times New Roman" w:hAnsi="Times New Roman" w:cs="Times New Roman"/>
                <w:sz w:val="18"/>
                <w:szCs w:val="18"/>
                <w:lang w:bidi="ar-JO"/>
              </w:rPr>
            </w:pPr>
            <w:r w:rsidRPr="001E7B3D">
              <w:rPr>
                <w:rFonts w:ascii="Times New Roman" w:hAnsi="Times New Roman" w:cs="Times New Roman"/>
                <w:sz w:val="18"/>
                <w:szCs w:val="18"/>
              </w:rPr>
              <w:t>Prioritize nursing diagnoses</w:t>
            </w:r>
          </w:p>
        </w:tc>
        <w:tc>
          <w:tcPr>
            <w:tcW w:w="1260" w:type="dxa"/>
          </w:tcPr>
          <w:p w14:paraId="61C61E7D" w14:textId="77777777" w:rsidR="00F45934" w:rsidRPr="001E7B3D" w:rsidRDefault="00F45934" w:rsidP="001F66B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ar-JO"/>
              </w:rPr>
            </w:pPr>
          </w:p>
        </w:tc>
        <w:tc>
          <w:tcPr>
            <w:tcW w:w="810" w:type="dxa"/>
          </w:tcPr>
          <w:p w14:paraId="088C9F25" w14:textId="77777777" w:rsidR="00F45934" w:rsidRPr="001E7B3D" w:rsidRDefault="00F45934" w:rsidP="001F66B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ar-JO"/>
              </w:rPr>
            </w:pPr>
          </w:p>
        </w:tc>
        <w:tc>
          <w:tcPr>
            <w:tcW w:w="1080" w:type="dxa"/>
          </w:tcPr>
          <w:p w14:paraId="15C1F9FA" w14:textId="77777777" w:rsidR="00F45934" w:rsidRPr="001E7B3D" w:rsidRDefault="00F45934" w:rsidP="001F66B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ar-JO"/>
              </w:rPr>
            </w:pPr>
          </w:p>
        </w:tc>
        <w:tc>
          <w:tcPr>
            <w:tcW w:w="1383" w:type="dxa"/>
          </w:tcPr>
          <w:p w14:paraId="4D9FB3C0" w14:textId="77777777" w:rsidR="00F45934" w:rsidRPr="001E7B3D" w:rsidRDefault="00F45934" w:rsidP="001F66B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ar-JO"/>
              </w:rPr>
            </w:pPr>
          </w:p>
        </w:tc>
      </w:tr>
      <w:tr w:rsidR="00F45934" w:rsidRPr="001E7B3D" w14:paraId="62C82267" w14:textId="77777777" w:rsidTr="00F45934">
        <w:tc>
          <w:tcPr>
            <w:tcW w:w="867" w:type="dxa"/>
          </w:tcPr>
          <w:p w14:paraId="0F8EA7B3" w14:textId="77777777" w:rsidR="00F45934" w:rsidRPr="001E7B3D" w:rsidRDefault="00F45934" w:rsidP="001F66B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ar-JO"/>
              </w:rPr>
            </w:pPr>
            <w:r w:rsidRPr="001E7B3D">
              <w:rPr>
                <w:rFonts w:ascii="Times New Roman" w:eastAsia="Times New Roman" w:hAnsi="Times New Roman" w:cs="Times New Roman"/>
                <w:sz w:val="18"/>
                <w:szCs w:val="18"/>
                <w:lang w:bidi="ar-JO"/>
              </w:rPr>
              <w:t>3</w:t>
            </w:r>
          </w:p>
        </w:tc>
        <w:tc>
          <w:tcPr>
            <w:tcW w:w="4320" w:type="dxa"/>
          </w:tcPr>
          <w:p w14:paraId="6EC43F71" w14:textId="77777777" w:rsidR="00F45934" w:rsidRPr="001E7B3D" w:rsidRDefault="00F45934" w:rsidP="001F66B4">
            <w:pPr>
              <w:rPr>
                <w:rFonts w:ascii="Times New Roman" w:eastAsia="Times New Roman" w:hAnsi="Times New Roman" w:cs="Times New Roman"/>
                <w:sz w:val="18"/>
                <w:szCs w:val="18"/>
                <w:lang w:bidi="ar-JO"/>
              </w:rPr>
            </w:pPr>
            <w:r w:rsidRPr="001E7B3D">
              <w:rPr>
                <w:rFonts w:ascii="Times New Roman" w:hAnsi="Times New Roman" w:cs="Times New Roman"/>
                <w:sz w:val="18"/>
                <w:szCs w:val="18"/>
              </w:rPr>
              <w:t>Formulate goals and objectives related to diagnosis</w:t>
            </w:r>
          </w:p>
        </w:tc>
        <w:tc>
          <w:tcPr>
            <w:tcW w:w="1260" w:type="dxa"/>
          </w:tcPr>
          <w:p w14:paraId="79C2B27B" w14:textId="77777777" w:rsidR="00F45934" w:rsidRPr="001E7B3D" w:rsidRDefault="00F45934" w:rsidP="001F66B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ar-JO"/>
              </w:rPr>
            </w:pPr>
          </w:p>
        </w:tc>
        <w:tc>
          <w:tcPr>
            <w:tcW w:w="810" w:type="dxa"/>
          </w:tcPr>
          <w:p w14:paraId="3D461032" w14:textId="77777777" w:rsidR="00F45934" w:rsidRPr="001E7B3D" w:rsidRDefault="00F45934" w:rsidP="001F66B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ar-JO"/>
              </w:rPr>
            </w:pPr>
          </w:p>
        </w:tc>
        <w:tc>
          <w:tcPr>
            <w:tcW w:w="1080" w:type="dxa"/>
          </w:tcPr>
          <w:p w14:paraId="43E81D37" w14:textId="77777777" w:rsidR="00F45934" w:rsidRPr="001E7B3D" w:rsidRDefault="00F45934" w:rsidP="001F66B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ar-JO"/>
              </w:rPr>
            </w:pPr>
          </w:p>
        </w:tc>
        <w:tc>
          <w:tcPr>
            <w:tcW w:w="1383" w:type="dxa"/>
          </w:tcPr>
          <w:p w14:paraId="3AB592A9" w14:textId="77777777" w:rsidR="00F45934" w:rsidRPr="001E7B3D" w:rsidRDefault="00F45934" w:rsidP="001F66B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ar-JO"/>
              </w:rPr>
            </w:pPr>
          </w:p>
        </w:tc>
      </w:tr>
      <w:tr w:rsidR="00F45934" w:rsidRPr="001E7B3D" w14:paraId="62A8DA98" w14:textId="77777777" w:rsidTr="00F45934">
        <w:tc>
          <w:tcPr>
            <w:tcW w:w="867" w:type="dxa"/>
          </w:tcPr>
          <w:p w14:paraId="32DCAE6C" w14:textId="77777777" w:rsidR="00F45934" w:rsidRPr="001E7B3D" w:rsidRDefault="00F45934" w:rsidP="001F66B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ar-JO"/>
              </w:rPr>
            </w:pPr>
            <w:r w:rsidRPr="001E7B3D">
              <w:rPr>
                <w:rFonts w:ascii="Times New Roman" w:eastAsia="Times New Roman" w:hAnsi="Times New Roman" w:cs="Times New Roman"/>
                <w:sz w:val="18"/>
                <w:szCs w:val="18"/>
                <w:lang w:bidi="ar-JO"/>
              </w:rPr>
              <w:t>4</w:t>
            </w:r>
          </w:p>
        </w:tc>
        <w:tc>
          <w:tcPr>
            <w:tcW w:w="4320" w:type="dxa"/>
          </w:tcPr>
          <w:p w14:paraId="571C3961" w14:textId="77777777" w:rsidR="00F45934" w:rsidRPr="001E7B3D" w:rsidRDefault="00F45934" w:rsidP="001F66B4">
            <w:pPr>
              <w:rPr>
                <w:rFonts w:ascii="Times New Roman" w:eastAsia="Times New Roman" w:hAnsi="Times New Roman" w:cs="Times New Roman"/>
                <w:sz w:val="18"/>
                <w:szCs w:val="18"/>
                <w:lang w:bidi="ar-JO"/>
              </w:rPr>
            </w:pPr>
            <w:r w:rsidRPr="001E7B3D">
              <w:rPr>
                <w:rFonts w:ascii="Times New Roman" w:hAnsi="Times New Roman" w:cs="Times New Roman"/>
                <w:sz w:val="18"/>
                <w:szCs w:val="18"/>
              </w:rPr>
              <w:t>Modify care plan according to changes in client condition</w:t>
            </w:r>
          </w:p>
        </w:tc>
        <w:tc>
          <w:tcPr>
            <w:tcW w:w="1260" w:type="dxa"/>
          </w:tcPr>
          <w:p w14:paraId="70D21766" w14:textId="77777777" w:rsidR="00F45934" w:rsidRPr="001E7B3D" w:rsidRDefault="00F45934" w:rsidP="001F66B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ar-JO"/>
              </w:rPr>
            </w:pPr>
          </w:p>
        </w:tc>
        <w:tc>
          <w:tcPr>
            <w:tcW w:w="810" w:type="dxa"/>
          </w:tcPr>
          <w:p w14:paraId="46D8AA1A" w14:textId="77777777" w:rsidR="00F45934" w:rsidRPr="001E7B3D" w:rsidRDefault="00F45934" w:rsidP="001F66B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ar-JO"/>
              </w:rPr>
            </w:pPr>
          </w:p>
        </w:tc>
        <w:tc>
          <w:tcPr>
            <w:tcW w:w="1080" w:type="dxa"/>
          </w:tcPr>
          <w:p w14:paraId="01027FA4" w14:textId="77777777" w:rsidR="00F45934" w:rsidRPr="001E7B3D" w:rsidRDefault="00F45934" w:rsidP="001F66B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ar-JO"/>
              </w:rPr>
            </w:pPr>
          </w:p>
        </w:tc>
        <w:tc>
          <w:tcPr>
            <w:tcW w:w="1383" w:type="dxa"/>
          </w:tcPr>
          <w:p w14:paraId="57E76209" w14:textId="77777777" w:rsidR="00F45934" w:rsidRPr="001E7B3D" w:rsidRDefault="00F45934" w:rsidP="001F66B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ar-JO"/>
              </w:rPr>
            </w:pPr>
          </w:p>
        </w:tc>
      </w:tr>
      <w:tr w:rsidR="00F45934" w:rsidRPr="001E7B3D" w14:paraId="54DE03B6" w14:textId="77777777" w:rsidTr="00F45934">
        <w:tc>
          <w:tcPr>
            <w:tcW w:w="5187" w:type="dxa"/>
            <w:gridSpan w:val="2"/>
          </w:tcPr>
          <w:p w14:paraId="02D6F108" w14:textId="77777777" w:rsidR="00F45934" w:rsidRPr="001E7B3D" w:rsidRDefault="00F45934" w:rsidP="001F66B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ar-JO"/>
              </w:rPr>
            </w:pPr>
            <w:r w:rsidRPr="001E7B3D">
              <w:rPr>
                <w:rFonts w:ascii="Times New Roman" w:eastAsia="Times New Roman" w:hAnsi="Times New Roman" w:cs="Times New Roman"/>
                <w:sz w:val="18"/>
                <w:szCs w:val="18"/>
                <w:lang w:bidi="ar-JO"/>
              </w:rPr>
              <w:t>Subtotal: /16</w:t>
            </w:r>
          </w:p>
        </w:tc>
        <w:tc>
          <w:tcPr>
            <w:tcW w:w="1260" w:type="dxa"/>
          </w:tcPr>
          <w:p w14:paraId="0AE98465" w14:textId="77777777" w:rsidR="00F45934" w:rsidRPr="001E7B3D" w:rsidRDefault="00F45934" w:rsidP="001F66B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ar-JO"/>
              </w:rPr>
            </w:pPr>
          </w:p>
        </w:tc>
        <w:tc>
          <w:tcPr>
            <w:tcW w:w="810" w:type="dxa"/>
          </w:tcPr>
          <w:p w14:paraId="3B88CAEB" w14:textId="77777777" w:rsidR="00F45934" w:rsidRPr="001E7B3D" w:rsidRDefault="00F45934" w:rsidP="001F66B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ar-JO"/>
              </w:rPr>
            </w:pPr>
          </w:p>
        </w:tc>
        <w:tc>
          <w:tcPr>
            <w:tcW w:w="1080" w:type="dxa"/>
          </w:tcPr>
          <w:p w14:paraId="09DD7AFF" w14:textId="77777777" w:rsidR="00F45934" w:rsidRPr="001E7B3D" w:rsidRDefault="00F45934" w:rsidP="001F66B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ar-JO"/>
              </w:rPr>
            </w:pPr>
          </w:p>
        </w:tc>
        <w:tc>
          <w:tcPr>
            <w:tcW w:w="1383" w:type="dxa"/>
          </w:tcPr>
          <w:p w14:paraId="10C446D5" w14:textId="77777777" w:rsidR="00F45934" w:rsidRPr="001E7B3D" w:rsidRDefault="00F45934" w:rsidP="001F66B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ar-JO"/>
              </w:rPr>
            </w:pPr>
          </w:p>
        </w:tc>
      </w:tr>
      <w:tr w:rsidR="00F45934" w:rsidRPr="001E7B3D" w14:paraId="3880DD2A" w14:textId="77777777" w:rsidTr="00F45934">
        <w:tc>
          <w:tcPr>
            <w:tcW w:w="9720" w:type="dxa"/>
            <w:gridSpan w:val="6"/>
            <w:shd w:val="clear" w:color="auto" w:fill="F2F2F2" w:themeFill="background1" w:themeFillShade="F2"/>
          </w:tcPr>
          <w:p w14:paraId="64414F02" w14:textId="77777777" w:rsidR="00F45934" w:rsidRPr="001E7B3D" w:rsidRDefault="00F45934" w:rsidP="001F66B4">
            <w:pPr>
              <w:rPr>
                <w:rFonts w:ascii="Times New Roman" w:eastAsia="Times New Roman" w:hAnsi="Times New Roman" w:cs="Times New Roman"/>
                <w:sz w:val="18"/>
                <w:szCs w:val="18"/>
                <w:lang w:bidi="ar-JO"/>
              </w:rPr>
            </w:pPr>
            <w:r w:rsidRPr="001E7B3D">
              <w:rPr>
                <w:rFonts w:ascii="Times New Roman" w:eastAsia="MS Gothic" w:hAnsi="Times New Roman" w:cs="Times New Roman"/>
                <w:b/>
                <w:bCs/>
                <w:sz w:val="18"/>
                <w:szCs w:val="18"/>
              </w:rPr>
              <w:t xml:space="preserve">CLO 5: </w:t>
            </w:r>
            <w:r w:rsidRPr="00367AE6">
              <w:rPr>
                <w:rFonts w:ascii="Times New Roman" w:eastAsia="MS Gothic" w:hAnsi="Times New Roman" w:cs="Times New Roman"/>
                <w:b/>
                <w:bCs/>
                <w:sz w:val="18"/>
                <w:szCs w:val="18"/>
              </w:rPr>
              <w:t>Collaborate professionally with interdisciplinary teams and clients to negotiate care goals and holistic outcomes.</w:t>
            </w:r>
          </w:p>
        </w:tc>
      </w:tr>
      <w:tr w:rsidR="00F45934" w:rsidRPr="001E7B3D" w14:paraId="5416319C" w14:textId="77777777" w:rsidTr="00F45934">
        <w:tc>
          <w:tcPr>
            <w:tcW w:w="867" w:type="dxa"/>
          </w:tcPr>
          <w:p w14:paraId="42B15B24" w14:textId="77777777" w:rsidR="00F45934" w:rsidRPr="001E7B3D" w:rsidRDefault="00F45934" w:rsidP="001F66B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ar-JO"/>
              </w:rPr>
            </w:pPr>
            <w:r w:rsidRPr="001E7B3D">
              <w:rPr>
                <w:rFonts w:ascii="Times New Roman" w:eastAsia="Times New Roman" w:hAnsi="Times New Roman" w:cs="Times New Roman"/>
                <w:sz w:val="18"/>
                <w:szCs w:val="18"/>
                <w:lang w:bidi="ar-JO"/>
              </w:rPr>
              <w:lastRenderedPageBreak/>
              <w:t>1</w:t>
            </w:r>
          </w:p>
        </w:tc>
        <w:tc>
          <w:tcPr>
            <w:tcW w:w="4320" w:type="dxa"/>
          </w:tcPr>
          <w:p w14:paraId="2902477A" w14:textId="77777777" w:rsidR="00F45934" w:rsidRPr="001E7B3D" w:rsidRDefault="00F45934" w:rsidP="001F66B4">
            <w:pPr>
              <w:rPr>
                <w:rFonts w:ascii="Times New Roman" w:eastAsia="Times New Roman" w:hAnsi="Times New Roman" w:cs="Times New Roman"/>
                <w:sz w:val="18"/>
                <w:szCs w:val="18"/>
                <w:lang w:bidi="ar-JO"/>
              </w:rPr>
            </w:pPr>
            <w:r w:rsidRPr="001E7B3D">
              <w:rPr>
                <w:rFonts w:ascii="Times New Roman" w:hAnsi="Times New Roman" w:cs="Times New Roman"/>
                <w:sz w:val="18"/>
                <w:szCs w:val="18"/>
              </w:rPr>
              <w:t>Establish therapeutic relationships with clients and families</w:t>
            </w:r>
          </w:p>
        </w:tc>
        <w:tc>
          <w:tcPr>
            <w:tcW w:w="1260" w:type="dxa"/>
          </w:tcPr>
          <w:p w14:paraId="577CCD2A" w14:textId="77777777" w:rsidR="00F45934" w:rsidRPr="001E7B3D" w:rsidRDefault="00F45934" w:rsidP="001F66B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ar-JO"/>
              </w:rPr>
            </w:pPr>
          </w:p>
        </w:tc>
        <w:tc>
          <w:tcPr>
            <w:tcW w:w="810" w:type="dxa"/>
          </w:tcPr>
          <w:p w14:paraId="69D7A6C9" w14:textId="77777777" w:rsidR="00F45934" w:rsidRPr="001E7B3D" w:rsidRDefault="00F45934" w:rsidP="001F66B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ar-JO"/>
              </w:rPr>
            </w:pPr>
          </w:p>
        </w:tc>
        <w:tc>
          <w:tcPr>
            <w:tcW w:w="1080" w:type="dxa"/>
          </w:tcPr>
          <w:p w14:paraId="112667C1" w14:textId="77777777" w:rsidR="00F45934" w:rsidRPr="001E7B3D" w:rsidRDefault="00F45934" w:rsidP="001F66B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ar-JO"/>
              </w:rPr>
            </w:pPr>
          </w:p>
        </w:tc>
        <w:tc>
          <w:tcPr>
            <w:tcW w:w="1383" w:type="dxa"/>
          </w:tcPr>
          <w:p w14:paraId="09671ED3" w14:textId="77777777" w:rsidR="00F45934" w:rsidRPr="001E7B3D" w:rsidRDefault="00F45934" w:rsidP="001F66B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ar-JO"/>
              </w:rPr>
            </w:pPr>
          </w:p>
        </w:tc>
      </w:tr>
      <w:tr w:rsidR="00F45934" w:rsidRPr="001E7B3D" w14:paraId="7F82E18A" w14:textId="77777777" w:rsidTr="00F45934">
        <w:tc>
          <w:tcPr>
            <w:tcW w:w="867" w:type="dxa"/>
          </w:tcPr>
          <w:p w14:paraId="727A06E9" w14:textId="77777777" w:rsidR="00F45934" w:rsidRPr="001E7B3D" w:rsidRDefault="00F45934" w:rsidP="001F66B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ar-JO"/>
              </w:rPr>
            </w:pPr>
            <w:r w:rsidRPr="001E7B3D">
              <w:rPr>
                <w:rFonts w:ascii="Times New Roman" w:eastAsia="Times New Roman" w:hAnsi="Times New Roman" w:cs="Times New Roman"/>
                <w:sz w:val="18"/>
                <w:szCs w:val="18"/>
                <w:lang w:bidi="ar-JO"/>
              </w:rPr>
              <w:t>2</w:t>
            </w:r>
          </w:p>
        </w:tc>
        <w:tc>
          <w:tcPr>
            <w:tcW w:w="4320" w:type="dxa"/>
          </w:tcPr>
          <w:p w14:paraId="4E67FF4C" w14:textId="77777777" w:rsidR="00F45934" w:rsidRPr="001E7B3D" w:rsidRDefault="00F45934" w:rsidP="001F66B4">
            <w:pPr>
              <w:rPr>
                <w:rFonts w:ascii="Times New Roman" w:eastAsia="Times New Roman" w:hAnsi="Times New Roman" w:cs="Times New Roman"/>
                <w:sz w:val="18"/>
                <w:szCs w:val="18"/>
                <w:lang w:bidi="ar-JO"/>
              </w:rPr>
            </w:pPr>
            <w:r w:rsidRPr="001E7B3D">
              <w:rPr>
                <w:rFonts w:ascii="Times New Roman" w:hAnsi="Times New Roman" w:cs="Times New Roman"/>
                <w:sz w:val="18"/>
                <w:szCs w:val="18"/>
              </w:rPr>
              <w:t>Use therapeutic communication skills with clients and families</w:t>
            </w:r>
          </w:p>
        </w:tc>
        <w:tc>
          <w:tcPr>
            <w:tcW w:w="1260" w:type="dxa"/>
          </w:tcPr>
          <w:p w14:paraId="06B9DAC2" w14:textId="77777777" w:rsidR="00F45934" w:rsidRPr="001E7B3D" w:rsidRDefault="00F45934" w:rsidP="001F66B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ar-JO"/>
              </w:rPr>
            </w:pPr>
          </w:p>
        </w:tc>
        <w:tc>
          <w:tcPr>
            <w:tcW w:w="810" w:type="dxa"/>
          </w:tcPr>
          <w:p w14:paraId="2309F748" w14:textId="77777777" w:rsidR="00F45934" w:rsidRPr="001E7B3D" w:rsidRDefault="00F45934" w:rsidP="001F66B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ar-JO"/>
              </w:rPr>
            </w:pPr>
          </w:p>
        </w:tc>
        <w:tc>
          <w:tcPr>
            <w:tcW w:w="1080" w:type="dxa"/>
          </w:tcPr>
          <w:p w14:paraId="50603E7A" w14:textId="77777777" w:rsidR="00F45934" w:rsidRPr="001E7B3D" w:rsidRDefault="00F45934" w:rsidP="001F66B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ar-JO"/>
              </w:rPr>
            </w:pPr>
          </w:p>
        </w:tc>
        <w:tc>
          <w:tcPr>
            <w:tcW w:w="1383" w:type="dxa"/>
          </w:tcPr>
          <w:p w14:paraId="1749A670" w14:textId="77777777" w:rsidR="00F45934" w:rsidRPr="001E7B3D" w:rsidRDefault="00F45934" w:rsidP="001F66B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ar-JO"/>
              </w:rPr>
            </w:pPr>
          </w:p>
        </w:tc>
      </w:tr>
      <w:tr w:rsidR="00F45934" w:rsidRPr="001E7B3D" w14:paraId="06F4FEAD" w14:textId="77777777" w:rsidTr="00F45934">
        <w:tc>
          <w:tcPr>
            <w:tcW w:w="867" w:type="dxa"/>
          </w:tcPr>
          <w:p w14:paraId="5B135694" w14:textId="77777777" w:rsidR="00F45934" w:rsidRPr="001E7B3D" w:rsidRDefault="00F45934" w:rsidP="001F66B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ar-JO"/>
              </w:rPr>
            </w:pPr>
            <w:r w:rsidRPr="001E7B3D">
              <w:rPr>
                <w:rFonts w:ascii="Times New Roman" w:eastAsia="Times New Roman" w:hAnsi="Times New Roman" w:cs="Times New Roman"/>
                <w:sz w:val="18"/>
                <w:szCs w:val="18"/>
                <w:lang w:bidi="ar-JO"/>
              </w:rPr>
              <w:t>3</w:t>
            </w:r>
          </w:p>
        </w:tc>
        <w:tc>
          <w:tcPr>
            <w:tcW w:w="4320" w:type="dxa"/>
          </w:tcPr>
          <w:p w14:paraId="0FED57E4" w14:textId="77777777" w:rsidR="00F45934" w:rsidRPr="001E7B3D" w:rsidRDefault="00F45934" w:rsidP="001F66B4">
            <w:pPr>
              <w:rPr>
                <w:rFonts w:ascii="Times New Roman" w:eastAsia="Times New Roman" w:hAnsi="Times New Roman" w:cs="Times New Roman"/>
                <w:sz w:val="18"/>
                <w:szCs w:val="18"/>
                <w:lang w:bidi="ar-JO"/>
              </w:rPr>
            </w:pPr>
            <w:r w:rsidRPr="001E7B3D">
              <w:rPr>
                <w:rFonts w:ascii="Times New Roman" w:hAnsi="Times New Roman" w:cs="Times New Roman"/>
                <w:sz w:val="18"/>
                <w:szCs w:val="18"/>
              </w:rPr>
              <w:t>Collaborate professionally with peers and other healthcare team members</w:t>
            </w:r>
          </w:p>
        </w:tc>
        <w:tc>
          <w:tcPr>
            <w:tcW w:w="1260" w:type="dxa"/>
          </w:tcPr>
          <w:p w14:paraId="1F517D6D" w14:textId="77777777" w:rsidR="00F45934" w:rsidRPr="001E7B3D" w:rsidRDefault="00F45934" w:rsidP="001F66B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ar-JO"/>
              </w:rPr>
            </w:pPr>
          </w:p>
        </w:tc>
        <w:tc>
          <w:tcPr>
            <w:tcW w:w="810" w:type="dxa"/>
          </w:tcPr>
          <w:p w14:paraId="14458FE6" w14:textId="77777777" w:rsidR="00F45934" w:rsidRPr="001E7B3D" w:rsidRDefault="00F45934" w:rsidP="001F66B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ar-JO"/>
              </w:rPr>
            </w:pPr>
          </w:p>
        </w:tc>
        <w:tc>
          <w:tcPr>
            <w:tcW w:w="1080" w:type="dxa"/>
          </w:tcPr>
          <w:p w14:paraId="4BAE211A" w14:textId="77777777" w:rsidR="00F45934" w:rsidRPr="001E7B3D" w:rsidRDefault="00F45934" w:rsidP="001F66B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ar-JO"/>
              </w:rPr>
            </w:pPr>
          </w:p>
        </w:tc>
        <w:tc>
          <w:tcPr>
            <w:tcW w:w="1383" w:type="dxa"/>
          </w:tcPr>
          <w:p w14:paraId="7238C546" w14:textId="77777777" w:rsidR="00F45934" w:rsidRPr="001E7B3D" w:rsidRDefault="00F45934" w:rsidP="001F66B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ar-JO"/>
              </w:rPr>
            </w:pPr>
          </w:p>
        </w:tc>
      </w:tr>
      <w:tr w:rsidR="00F45934" w:rsidRPr="001E7B3D" w14:paraId="5DEEAD1F" w14:textId="77777777" w:rsidTr="00F45934">
        <w:tc>
          <w:tcPr>
            <w:tcW w:w="867" w:type="dxa"/>
          </w:tcPr>
          <w:p w14:paraId="7FDAEA37" w14:textId="77777777" w:rsidR="00F45934" w:rsidRPr="001E7B3D" w:rsidRDefault="00F45934" w:rsidP="001F66B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ar-JO"/>
              </w:rPr>
            </w:pPr>
            <w:r w:rsidRPr="001E7B3D">
              <w:rPr>
                <w:rFonts w:ascii="Times New Roman" w:eastAsia="Times New Roman" w:hAnsi="Times New Roman" w:cs="Times New Roman"/>
                <w:sz w:val="18"/>
                <w:szCs w:val="18"/>
                <w:lang w:bidi="ar-JO"/>
              </w:rPr>
              <w:t>4</w:t>
            </w:r>
          </w:p>
        </w:tc>
        <w:tc>
          <w:tcPr>
            <w:tcW w:w="4320" w:type="dxa"/>
          </w:tcPr>
          <w:p w14:paraId="0C58491A" w14:textId="77777777" w:rsidR="00F45934" w:rsidRPr="001E7B3D" w:rsidRDefault="00F45934" w:rsidP="001F66B4">
            <w:pPr>
              <w:rPr>
                <w:rFonts w:ascii="Times New Roman" w:eastAsia="Times New Roman" w:hAnsi="Times New Roman" w:cs="Times New Roman"/>
                <w:sz w:val="18"/>
                <w:szCs w:val="18"/>
                <w:lang w:bidi="ar-JO"/>
              </w:rPr>
            </w:pPr>
            <w:r w:rsidRPr="001E7B3D">
              <w:rPr>
                <w:rFonts w:ascii="Times New Roman" w:hAnsi="Times New Roman" w:cs="Times New Roman"/>
                <w:sz w:val="18"/>
                <w:szCs w:val="18"/>
              </w:rPr>
              <w:t>Coordinate client care process to ensure continuity</w:t>
            </w:r>
          </w:p>
        </w:tc>
        <w:tc>
          <w:tcPr>
            <w:tcW w:w="1260" w:type="dxa"/>
          </w:tcPr>
          <w:p w14:paraId="31F92D82" w14:textId="77777777" w:rsidR="00F45934" w:rsidRPr="001E7B3D" w:rsidRDefault="00F45934" w:rsidP="001F66B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ar-JO"/>
              </w:rPr>
            </w:pPr>
          </w:p>
        </w:tc>
        <w:tc>
          <w:tcPr>
            <w:tcW w:w="810" w:type="dxa"/>
          </w:tcPr>
          <w:p w14:paraId="3F539D82" w14:textId="77777777" w:rsidR="00F45934" w:rsidRPr="001E7B3D" w:rsidRDefault="00F45934" w:rsidP="001F66B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ar-JO"/>
              </w:rPr>
            </w:pPr>
          </w:p>
        </w:tc>
        <w:tc>
          <w:tcPr>
            <w:tcW w:w="1080" w:type="dxa"/>
          </w:tcPr>
          <w:p w14:paraId="05CE506F" w14:textId="77777777" w:rsidR="00F45934" w:rsidRPr="001E7B3D" w:rsidRDefault="00F45934" w:rsidP="001F66B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ar-JO"/>
              </w:rPr>
            </w:pPr>
          </w:p>
        </w:tc>
        <w:tc>
          <w:tcPr>
            <w:tcW w:w="1383" w:type="dxa"/>
          </w:tcPr>
          <w:p w14:paraId="56F05B62" w14:textId="77777777" w:rsidR="00F45934" w:rsidRPr="001E7B3D" w:rsidRDefault="00F45934" w:rsidP="001F66B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ar-JO"/>
              </w:rPr>
            </w:pPr>
          </w:p>
        </w:tc>
      </w:tr>
      <w:tr w:rsidR="00F45934" w:rsidRPr="001E7B3D" w14:paraId="250FE5EA" w14:textId="77777777" w:rsidTr="00F45934">
        <w:tc>
          <w:tcPr>
            <w:tcW w:w="5187" w:type="dxa"/>
            <w:gridSpan w:val="2"/>
          </w:tcPr>
          <w:p w14:paraId="28745508" w14:textId="77777777" w:rsidR="00F45934" w:rsidRPr="001E7B3D" w:rsidRDefault="00F45934" w:rsidP="001F66B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ar-JO"/>
              </w:rPr>
            </w:pPr>
            <w:r w:rsidRPr="001E7B3D">
              <w:rPr>
                <w:rFonts w:ascii="Times New Roman" w:eastAsia="Times New Roman" w:hAnsi="Times New Roman" w:cs="Times New Roman"/>
                <w:sz w:val="18"/>
                <w:szCs w:val="18"/>
                <w:lang w:bidi="ar-JO"/>
              </w:rPr>
              <w:t>Subtotal: /16</w:t>
            </w:r>
          </w:p>
        </w:tc>
        <w:tc>
          <w:tcPr>
            <w:tcW w:w="1260" w:type="dxa"/>
          </w:tcPr>
          <w:p w14:paraId="11EED46C" w14:textId="77777777" w:rsidR="00F45934" w:rsidRPr="001E7B3D" w:rsidRDefault="00F45934" w:rsidP="001F66B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ar-JO"/>
              </w:rPr>
            </w:pPr>
          </w:p>
        </w:tc>
        <w:tc>
          <w:tcPr>
            <w:tcW w:w="810" w:type="dxa"/>
          </w:tcPr>
          <w:p w14:paraId="1257F5C6" w14:textId="77777777" w:rsidR="00F45934" w:rsidRPr="001E7B3D" w:rsidRDefault="00F45934" w:rsidP="001F66B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ar-JO"/>
              </w:rPr>
            </w:pPr>
          </w:p>
        </w:tc>
        <w:tc>
          <w:tcPr>
            <w:tcW w:w="1080" w:type="dxa"/>
          </w:tcPr>
          <w:p w14:paraId="537C6BCB" w14:textId="77777777" w:rsidR="00F45934" w:rsidRPr="001E7B3D" w:rsidRDefault="00F45934" w:rsidP="001F66B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ar-JO"/>
              </w:rPr>
            </w:pPr>
          </w:p>
        </w:tc>
        <w:tc>
          <w:tcPr>
            <w:tcW w:w="1383" w:type="dxa"/>
          </w:tcPr>
          <w:p w14:paraId="674033CB" w14:textId="77777777" w:rsidR="00F45934" w:rsidRPr="001E7B3D" w:rsidRDefault="00F45934" w:rsidP="001F66B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ar-JO"/>
              </w:rPr>
            </w:pPr>
          </w:p>
        </w:tc>
      </w:tr>
      <w:tr w:rsidR="00F45934" w:rsidRPr="001E7B3D" w14:paraId="4428BBB1" w14:textId="77777777" w:rsidTr="00F45934">
        <w:tc>
          <w:tcPr>
            <w:tcW w:w="9720" w:type="dxa"/>
            <w:gridSpan w:val="6"/>
            <w:shd w:val="clear" w:color="auto" w:fill="F2F2F2" w:themeFill="background1" w:themeFillShade="F2"/>
          </w:tcPr>
          <w:p w14:paraId="6DF3FC73" w14:textId="77777777" w:rsidR="00F45934" w:rsidRPr="001E7B3D" w:rsidRDefault="00F45934" w:rsidP="001F66B4">
            <w:pPr>
              <w:rPr>
                <w:rFonts w:ascii="Times New Roman" w:eastAsia="Times New Roman" w:hAnsi="Times New Roman" w:cs="Times New Roman"/>
                <w:sz w:val="18"/>
                <w:szCs w:val="18"/>
                <w:lang w:bidi="ar-JO"/>
              </w:rPr>
            </w:pPr>
            <w:r w:rsidRPr="001E7B3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bidi="ar-JO"/>
              </w:rPr>
              <w:t>CLO 6: Apply leadership principles to integrate smart technology in clinical decision-making and nursing service delivery.</w:t>
            </w:r>
          </w:p>
        </w:tc>
      </w:tr>
      <w:tr w:rsidR="00F45934" w:rsidRPr="001E7B3D" w14:paraId="0E1E9CBB" w14:textId="77777777" w:rsidTr="00F45934">
        <w:tc>
          <w:tcPr>
            <w:tcW w:w="867" w:type="dxa"/>
          </w:tcPr>
          <w:p w14:paraId="69B54F23" w14:textId="77777777" w:rsidR="00F45934" w:rsidRPr="001E7B3D" w:rsidRDefault="00F45934" w:rsidP="001F66B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ar-JO"/>
              </w:rPr>
            </w:pPr>
            <w:r w:rsidRPr="001E7B3D">
              <w:rPr>
                <w:rFonts w:ascii="Times New Roman" w:eastAsia="Times New Roman" w:hAnsi="Times New Roman" w:cs="Times New Roman"/>
                <w:sz w:val="18"/>
                <w:szCs w:val="18"/>
                <w:lang w:bidi="ar-JO"/>
              </w:rPr>
              <w:t>1</w:t>
            </w:r>
          </w:p>
        </w:tc>
        <w:tc>
          <w:tcPr>
            <w:tcW w:w="4320" w:type="dxa"/>
          </w:tcPr>
          <w:p w14:paraId="6BA9E9BF" w14:textId="77777777" w:rsidR="00F45934" w:rsidRPr="001E7B3D" w:rsidRDefault="00F45934" w:rsidP="001F66B4">
            <w:pPr>
              <w:rPr>
                <w:rFonts w:ascii="Times New Roman" w:eastAsia="Times New Roman" w:hAnsi="Times New Roman" w:cs="Times New Roman"/>
                <w:sz w:val="18"/>
                <w:szCs w:val="18"/>
                <w:lang w:bidi="ar-JO"/>
              </w:rPr>
            </w:pPr>
            <w:r w:rsidRPr="001E7B3D">
              <w:rPr>
                <w:rFonts w:ascii="Times New Roman" w:hAnsi="Times New Roman" w:cs="Times New Roman"/>
                <w:sz w:val="18"/>
                <w:szCs w:val="18"/>
              </w:rPr>
              <w:t>Use health care technologies appropriately (e.g., Hakeem program)</w:t>
            </w:r>
          </w:p>
        </w:tc>
        <w:tc>
          <w:tcPr>
            <w:tcW w:w="1260" w:type="dxa"/>
          </w:tcPr>
          <w:p w14:paraId="70794423" w14:textId="77777777" w:rsidR="00F45934" w:rsidRPr="001E7B3D" w:rsidRDefault="00F45934" w:rsidP="001F66B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ar-JO"/>
              </w:rPr>
            </w:pPr>
          </w:p>
        </w:tc>
        <w:tc>
          <w:tcPr>
            <w:tcW w:w="810" w:type="dxa"/>
          </w:tcPr>
          <w:p w14:paraId="7737E760" w14:textId="77777777" w:rsidR="00F45934" w:rsidRPr="001E7B3D" w:rsidRDefault="00F45934" w:rsidP="001F66B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ar-JO"/>
              </w:rPr>
            </w:pPr>
          </w:p>
        </w:tc>
        <w:tc>
          <w:tcPr>
            <w:tcW w:w="1080" w:type="dxa"/>
          </w:tcPr>
          <w:p w14:paraId="36B44709" w14:textId="77777777" w:rsidR="00F45934" w:rsidRPr="001E7B3D" w:rsidRDefault="00F45934" w:rsidP="001F66B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ar-JO"/>
              </w:rPr>
            </w:pPr>
          </w:p>
        </w:tc>
        <w:tc>
          <w:tcPr>
            <w:tcW w:w="1383" w:type="dxa"/>
          </w:tcPr>
          <w:p w14:paraId="3D15F32B" w14:textId="77777777" w:rsidR="00F45934" w:rsidRPr="001E7B3D" w:rsidRDefault="00F45934" w:rsidP="001F66B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ar-JO"/>
              </w:rPr>
            </w:pPr>
          </w:p>
        </w:tc>
      </w:tr>
      <w:tr w:rsidR="00F45934" w:rsidRPr="001E7B3D" w14:paraId="417A9DD9" w14:textId="77777777" w:rsidTr="00F45934">
        <w:tc>
          <w:tcPr>
            <w:tcW w:w="867" w:type="dxa"/>
          </w:tcPr>
          <w:p w14:paraId="476F58D2" w14:textId="77777777" w:rsidR="00F45934" w:rsidRPr="001E7B3D" w:rsidRDefault="00F45934" w:rsidP="001F66B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ar-JO"/>
              </w:rPr>
            </w:pPr>
            <w:r w:rsidRPr="001E7B3D">
              <w:rPr>
                <w:rFonts w:ascii="Times New Roman" w:eastAsia="Times New Roman" w:hAnsi="Times New Roman" w:cs="Times New Roman"/>
                <w:sz w:val="18"/>
                <w:szCs w:val="18"/>
                <w:lang w:bidi="ar-JO"/>
              </w:rPr>
              <w:t>2</w:t>
            </w:r>
          </w:p>
        </w:tc>
        <w:tc>
          <w:tcPr>
            <w:tcW w:w="4320" w:type="dxa"/>
          </w:tcPr>
          <w:p w14:paraId="15AF548C" w14:textId="77777777" w:rsidR="00F45934" w:rsidRPr="001E7B3D" w:rsidRDefault="00F45934" w:rsidP="001F66B4">
            <w:pPr>
              <w:rPr>
                <w:rFonts w:ascii="Times New Roman" w:eastAsia="Times New Roman" w:hAnsi="Times New Roman" w:cs="Times New Roman"/>
                <w:sz w:val="18"/>
                <w:szCs w:val="18"/>
                <w:lang w:bidi="ar-JO"/>
              </w:rPr>
            </w:pPr>
            <w:r w:rsidRPr="001E7B3D">
              <w:rPr>
                <w:rFonts w:ascii="Times New Roman" w:hAnsi="Times New Roman" w:cs="Times New Roman"/>
                <w:sz w:val="18"/>
                <w:szCs w:val="18"/>
              </w:rPr>
              <w:t>Able to manage client health data</w:t>
            </w:r>
          </w:p>
        </w:tc>
        <w:tc>
          <w:tcPr>
            <w:tcW w:w="1260" w:type="dxa"/>
          </w:tcPr>
          <w:p w14:paraId="024B33B0" w14:textId="77777777" w:rsidR="00F45934" w:rsidRPr="001E7B3D" w:rsidRDefault="00F45934" w:rsidP="001F66B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ar-JO"/>
              </w:rPr>
            </w:pPr>
          </w:p>
        </w:tc>
        <w:tc>
          <w:tcPr>
            <w:tcW w:w="810" w:type="dxa"/>
          </w:tcPr>
          <w:p w14:paraId="1A0A9C97" w14:textId="77777777" w:rsidR="00F45934" w:rsidRPr="001E7B3D" w:rsidRDefault="00F45934" w:rsidP="001F66B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ar-JO"/>
              </w:rPr>
            </w:pPr>
          </w:p>
        </w:tc>
        <w:tc>
          <w:tcPr>
            <w:tcW w:w="1080" w:type="dxa"/>
          </w:tcPr>
          <w:p w14:paraId="2426026F" w14:textId="77777777" w:rsidR="00F45934" w:rsidRPr="001E7B3D" w:rsidRDefault="00F45934" w:rsidP="001F66B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ar-JO"/>
              </w:rPr>
            </w:pPr>
          </w:p>
        </w:tc>
        <w:tc>
          <w:tcPr>
            <w:tcW w:w="1383" w:type="dxa"/>
          </w:tcPr>
          <w:p w14:paraId="613821EE" w14:textId="77777777" w:rsidR="00F45934" w:rsidRPr="001E7B3D" w:rsidRDefault="00F45934" w:rsidP="001F66B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ar-JO"/>
              </w:rPr>
            </w:pPr>
          </w:p>
        </w:tc>
      </w:tr>
      <w:tr w:rsidR="00F45934" w:rsidRPr="001E7B3D" w14:paraId="38B7E76D" w14:textId="77777777" w:rsidTr="00F45934">
        <w:tc>
          <w:tcPr>
            <w:tcW w:w="867" w:type="dxa"/>
          </w:tcPr>
          <w:p w14:paraId="18066760" w14:textId="77777777" w:rsidR="00F45934" w:rsidRPr="001E7B3D" w:rsidRDefault="00F45934" w:rsidP="001F66B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ar-JO"/>
              </w:rPr>
            </w:pPr>
            <w:r w:rsidRPr="001E7B3D">
              <w:rPr>
                <w:rFonts w:ascii="Times New Roman" w:eastAsia="Times New Roman" w:hAnsi="Times New Roman" w:cs="Times New Roman"/>
                <w:sz w:val="18"/>
                <w:szCs w:val="18"/>
                <w:lang w:bidi="ar-JO"/>
              </w:rPr>
              <w:t>3</w:t>
            </w:r>
          </w:p>
        </w:tc>
        <w:tc>
          <w:tcPr>
            <w:tcW w:w="4320" w:type="dxa"/>
          </w:tcPr>
          <w:p w14:paraId="48B883AC" w14:textId="77777777" w:rsidR="00F45934" w:rsidRPr="001E7B3D" w:rsidRDefault="00F45934" w:rsidP="001F66B4">
            <w:pPr>
              <w:rPr>
                <w:rFonts w:ascii="Times New Roman" w:eastAsia="Times New Roman" w:hAnsi="Times New Roman" w:cs="Times New Roman"/>
                <w:sz w:val="18"/>
                <w:szCs w:val="18"/>
                <w:lang w:bidi="ar-JO"/>
              </w:rPr>
            </w:pPr>
            <w:r w:rsidRPr="001E7B3D">
              <w:rPr>
                <w:rFonts w:ascii="Times New Roman" w:hAnsi="Times New Roman" w:cs="Times New Roman"/>
                <w:sz w:val="18"/>
                <w:szCs w:val="18"/>
              </w:rPr>
              <w:t>Demonstrate ability to use clinical equipment accurately (e.g., glucometer, sphygmomanometer)</w:t>
            </w:r>
          </w:p>
        </w:tc>
        <w:tc>
          <w:tcPr>
            <w:tcW w:w="1260" w:type="dxa"/>
          </w:tcPr>
          <w:p w14:paraId="69A0475B" w14:textId="77777777" w:rsidR="00F45934" w:rsidRPr="001E7B3D" w:rsidRDefault="00F45934" w:rsidP="001F66B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ar-JO"/>
              </w:rPr>
            </w:pPr>
          </w:p>
        </w:tc>
        <w:tc>
          <w:tcPr>
            <w:tcW w:w="810" w:type="dxa"/>
          </w:tcPr>
          <w:p w14:paraId="44DE6126" w14:textId="77777777" w:rsidR="00F45934" w:rsidRPr="001E7B3D" w:rsidRDefault="00F45934" w:rsidP="001F66B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ar-JO"/>
              </w:rPr>
            </w:pPr>
          </w:p>
        </w:tc>
        <w:tc>
          <w:tcPr>
            <w:tcW w:w="1080" w:type="dxa"/>
          </w:tcPr>
          <w:p w14:paraId="2241C8A5" w14:textId="77777777" w:rsidR="00F45934" w:rsidRPr="001E7B3D" w:rsidRDefault="00F45934" w:rsidP="001F66B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ar-JO"/>
              </w:rPr>
            </w:pPr>
          </w:p>
        </w:tc>
        <w:tc>
          <w:tcPr>
            <w:tcW w:w="1383" w:type="dxa"/>
          </w:tcPr>
          <w:p w14:paraId="50BB339D" w14:textId="77777777" w:rsidR="00F45934" w:rsidRPr="001E7B3D" w:rsidRDefault="00F45934" w:rsidP="001F66B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ar-JO"/>
              </w:rPr>
            </w:pPr>
          </w:p>
        </w:tc>
      </w:tr>
      <w:tr w:rsidR="00F45934" w:rsidRPr="001E7B3D" w14:paraId="63C99284" w14:textId="77777777" w:rsidTr="00F45934">
        <w:tc>
          <w:tcPr>
            <w:tcW w:w="5187" w:type="dxa"/>
            <w:gridSpan w:val="2"/>
          </w:tcPr>
          <w:p w14:paraId="02360ED4" w14:textId="77777777" w:rsidR="00F45934" w:rsidRPr="001E7B3D" w:rsidRDefault="00F45934" w:rsidP="001F66B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ar-JO"/>
              </w:rPr>
            </w:pPr>
            <w:r w:rsidRPr="001E7B3D">
              <w:rPr>
                <w:rFonts w:ascii="Times New Roman" w:eastAsia="Times New Roman" w:hAnsi="Times New Roman" w:cs="Times New Roman"/>
                <w:sz w:val="18"/>
                <w:szCs w:val="18"/>
                <w:lang w:bidi="ar-JO"/>
              </w:rPr>
              <w:t>Subtotal: /12</w:t>
            </w:r>
          </w:p>
        </w:tc>
        <w:tc>
          <w:tcPr>
            <w:tcW w:w="1260" w:type="dxa"/>
          </w:tcPr>
          <w:p w14:paraId="6EE38067" w14:textId="77777777" w:rsidR="00F45934" w:rsidRPr="001E7B3D" w:rsidRDefault="00F45934" w:rsidP="001F66B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ar-JO"/>
              </w:rPr>
            </w:pPr>
          </w:p>
        </w:tc>
        <w:tc>
          <w:tcPr>
            <w:tcW w:w="810" w:type="dxa"/>
          </w:tcPr>
          <w:p w14:paraId="28C1E1C3" w14:textId="77777777" w:rsidR="00F45934" w:rsidRPr="001E7B3D" w:rsidRDefault="00F45934" w:rsidP="001F66B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ar-JO"/>
              </w:rPr>
            </w:pPr>
          </w:p>
        </w:tc>
        <w:tc>
          <w:tcPr>
            <w:tcW w:w="1080" w:type="dxa"/>
          </w:tcPr>
          <w:p w14:paraId="30FEC770" w14:textId="77777777" w:rsidR="00F45934" w:rsidRPr="001E7B3D" w:rsidRDefault="00F45934" w:rsidP="001F66B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ar-JO"/>
              </w:rPr>
            </w:pPr>
          </w:p>
        </w:tc>
        <w:tc>
          <w:tcPr>
            <w:tcW w:w="1383" w:type="dxa"/>
          </w:tcPr>
          <w:p w14:paraId="3935E61C" w14:textId="77777777" w:rsidR="00F45934" w:rsidRPr="001E7B3D" w:rsidRDefault="00F45934" w:rsidP="001F66B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ar-JO"/>
              </w:rPr>
            </w:pPr>
          </w:p>
        </w:tc>
      </w:tr>
      <w:tr w:rsidR="00F45934" w:rsidRPr="001E7B3D" w14:paraId="698E5329" w14:textId="77777777" w:rsidTr="00F45934">
        <w:tc>
          <w:tcPr>
            <w:tcW w:w="9720" w:type="dxa"/>
            <w:gridSpan w:val="6"/>
            <w:shd w:val="clear" w:color="auto" w:fill="F2F2F2" w:themeFill="background1" w:themeFillShade="F2"/>
          </w:tcPr>
          <w:p w14:paraId="4706C3B2" w14:textId="77777777" w:rsidR="00F45934" w:rsidRPr="001E7B3D" w:rsidRDefault="00F45934" w:rsidP="001F66B4">
            <w:pPr>
              <w:rPr>
                <w:rFonts w:ascii="Times New Roman" w:eastAsia="Times New Roman" w:hAnsi="Times New Roman" w:cs="Times New Roman"/>
                <w:sz w:val="18"/>
                <w:szCs w:val="18"/>
                <w:lang w:bidi="ar-JO"/>
              </w:rPr>
            </w:pPr>
            <w:r w:rsidRPr="001E7B3D">
              <w:rPr>
                <w:rFonts w:ascii="Times New Roman" w:eastAsia="MS Gothic" w:hAnsi="Times New Roman" w:cs="Times New Roman"/>
                <w:b/>
                <w:bCs/>
                <w:sz w:val="18"/>
                <w:szCs w:val="18"/>
              </w:rPr>
              <w:t xml:space="preserve">CLO 7: </w:t>
            </w:r>
            <w:r w:rsidRPr="004E470E">
              <w:rPr>
                <w:rFonts w:ascii="Times New Roman" w:eastAsia="MS Gothic" w:hAnsi="Times New Roman" w:cs="Times New Roman"/>
                <w:b/>
                <w:bCs/>
                <w:sz w:val="18"/>
                <w:szCs w:val="18"/>
              </w:rPr>
              <w:t>Implement evidence-based nursing interventions to manage client health problems in a variety of settings.</w:t>
            </w:r>
          </w:p>
        </w:tc>
      </w:tr>
      <w:tr w:rsidR="00F45934" w:rsidRPr="001E7B3D" w14:paraId="52CBDA7D" w14:textId="77777777" w:rsidTr="00F45934">
        <w:tc>
          <w:tcPr>
            <w:tcW w:w="867" w:type="dxa"/>
          </w:tcPr>
          <w:p w14:paraId="14194163" w14:textId="77777777" w:rsidR="00F45934" w:rsidRPr="001E7B3D" w:rsidRDefault="00F45934" w:rsidP="001F66B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ar-JO"/>
              </w:rPr>
            </w:pPr>
            <w:r w:rsidRPr="001E7B3D">
              <w:rPr>
                <w:rFonts w:ascii="Times New Roman" w:eastAsia="Times New Roman" w:hAnsi="Times New Roman" w:cs="Times New Roman"/>
                <w:sz w:val="18"/>
                <w:szCs w:val="18"/>
                <w:lang w:bidi="ar-JO"/>
              </w:rPr>
              <w:t>1</w:t>
            </w:r>
          </w:p>
        </w:tc>
        <w:tc>
          <w:tcPr>
            <w:tcW w:w="4320" w:type="dxa"/>
          </w:tcPr>
          <w:p w14:paraId="27EE1F40" w14:textId="77777777" w:rsidR="00F45934" w:rsidRPr="001E7B3D" w:rsidRDefault="00F45934" w:rsidP="001F66B4">
            <w:pPr>
              <w:rPr>
                <w:rFonts w:ascii="Times New Roman" w:eastAsia="Times New Roman" w:hAnsi="Times New Roman" w:cs="Times New Roman"/>
                <w:sz w:val="18"/>
                <w:szCs w:val="18"/>
                <w:lang w:bidi="ar-JO"/>
              </w:rPr>
            </w:pPr>
            <w:r w:rsidRPr="001E7B3D">
              <w:rPr>
                <w:rFonts w:ascii="Times New Roman" w:hAnsi="Times New Roman" w:cs="Times New Roman"/>
                <w:sz w:val="18"/>
                <w:szCs w:val="18"/>
              </w:rPr>
              <w:t>Apply appropriate nursing interventions using critical thinking and scientific rationale</w:t>
            </w:r>
          </w:p>
        </w:tc>
        <w:tc>
          <w:tcPr>
            <w:tcW w:w="1260" w:type="dxa"/>
          </w:tcPr>
          <w:p w14:paraId="75319B23" w14:textId="77777777" w:rsidR="00F45934" w:rsidRPr="001E7B3D" w:rsidRDefault="00F45934" w:rsidP="001F66B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ar-JO"/>
              </w:rPr>
            </w:pPr>
          </w:p>
        </w:tc>
        <w:tc>
          <w:tcPr>
            <w:tcW w:w="810" w:type="dxa"/>
          </w:tcPr>
          <w:p w14:paraId="0B197319" w14:textId="77777777" w:rsidR="00F45934" w:rsidRPr="001E7B3D" w:rsidRDefault="00F45934" w:rsidP="001F66B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ar-JO"/>
              </w:rPr>
            </w:pPr>
          </w:p>
        </w:tc>
        <w:tc>
          <w:tcPr>
            <w:tcW w:w="1080" w:type="dxa"/>
          </w:tcPr>
          <w:p w14:paraId="6A61306A" w14:textId="77777777" w:rsidR="00F45934" w:rsidRPr="001E7B3D" w:rsidRDefault="00F45934" w:rsidP="001F66B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ar-JO"/>
              </w:rPr>
            </w:pPr>
          </w:p>
        </w:tc>
        <w:tc>
          <w:tcPr>
            <w:tcW w:w="1383" w:type="dxa"/>
          </w:tcPr>
          <w:p w14:paraId="2D8B4466" w14:textId="77777777" w:rsidR="00F45934" w:rsidRPr="001E7B3D" w:rsidRDefault="00F45934" w:rsidP="001F66B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ar-JO"/>
              </w:rPr>
            </w:pPr>
          </w:p>
        </w:tc>
      </w:tr>
      <w:tr w:rsidR="00F45934" w:rsidRPr="001E7B3D" w14:paraId="450ABD05" w14:textId="77777777" w:rsidTr="00F45934">
        <w:tc>
          <w:tcPr>
            <w:tcW w:w="867" w:type="dxa"/>
          </w:tcPr>
          <w:p w14:paraId="7189DAA7" w14:textId="77777777" w:rsidR="00F45934" w:rsidRPr="001E7B3D" w:rsidRDefault="00F45934" w:rsidP="001F66B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ar-JO"/>
              </w:rPr>
            </w:pPr>
            <w:r w:rsidRPr="001E7B3D">
              <w:rPr>
                <w:rFonts w:ascii="Times New Roman" w:eastAsia="Times New Roman" w:hAnsi="Times New Roman" w:cs="Times New Roman"/>
                <w:sz w:val="18"/>
                <w:szCs w:val="18"/>
                <w:lang w:bidi="ar-JO"/>
              </w:rPr>
              <w:t>2</w:t>
            </w:r>
          </w:p>
        </w:tc>
        <w:tc>
          <w:tcPr>
            <w:tcW w:w="4320" w:type="dxa"/>
          </w:tcPr>
          <w:p w14:paraId="5096326D" w14:textId="77777777" w:rsidR="00F45934" w:rsidRPr="001E7B3D" w:rsidRDefault="00F45934" w:rsidP="001F66B4">
            <w:pPr>
              <w:rPr>
                <w:rFonts w:ascii="Times New Roman" w:eastAsia="Times New Roman" w:hAnsi="Times New Roman" w:cs="Times New Roman"/>
                <w:sz w:val="18"/>
                <w:szCs w:val="18"/>
                <w:lang w:bidi="ar-JO"/>
              </w:rPr>
            </w:pPr>
            <w:r w:rsidRPr="001E7B3D">
              <w:rPr>
                <w:rFonts w:ascii="Times New Roman" w:hAnsi="Times New Roman" w:cs="Times New Roman"/>
                <w:sz w:val="18"/>
                <w:szCs w:val="18"/>
              </w:rPr>
              <w:t>Evaluate achievement of outcome criteria and client responses</w:t>
            </w:r>
          </w:p>
        </w:tc>
        <w:tc>
          <w:tcPr>
            <w:tcW w:w="1260" w:type="dxa"/>
          </w:tcPr>
          <w:p w14:paraId="2D195FE2" w14:textId="77777777" w:rsidR="00F45934" w:rsidRPr="001E7B3D" w:rsidRDefault="00F45934" w:rsidP="001F66B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ar-JO"/>
              </w:rPr>
            </w:pPr>
          </w:p>
        </w:tc>
        <w:tc>
          <w:tcPr>
            <w:tcW w:w="810" w:type="dxa"/>
          </w:tcPr>
          <w:p w14:paraId="4180243D" w14:textId="77777777" w:rsidR="00F45934" w:rsidRPr="001E7B3D" w:rsidRDefault="00F45934" w:rsidP="001F66B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ar-JO"/>
              </w:rPr>
            </w:pPr>
          </w:p>
        </w:tc>
        <w:tc>
          <w:tcPr>
            <w:tcW w:w="1080" w:type="dxa"/>
          </w:tcPr>
          <w:p w14:paraId="6BFB0868" w14:textId="77777777" w:rsidR="00F45934" w:rsidRPr="001E7B3D" w:rsidRDefault="00F45934" w:rsidP="001F66B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ar-JO"/>
              </w:rPr>
            </w:pPr>
          </w:p>
        </w:tc>
        <w:tc>
          <w:tcPr>
            <w:tcW w:w="1383" w:type="dxa"/>
          </w:tcPr>
          <w:p w14:paraId="187E6C3A" w14:textId="77777777" w:rsidR="00F45934" w:rsidRPr="001E7B3D" w:rsidRDefault="00F45934" w:rsidP="001F66B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ar-JO"/>
              </w:rPr>
            </w:pPr>
          </w:p>
        </w:tc>
      </w:tr>
      <w:tr w:rsidR="00F45934" w:rsidRPr="001E7B3D" w14:paraId="689F3BAB" w14:textId="77777777" w:rsidTr="00F45934">
        <w:tc>
          <w:tcPr>
            <w:tcW w:w="867" w:type="dxa"/>
          </w:tcPr>
          <w:p w14:paraId="48023B63" w14:textId="77777777" w:rsidR="00F45934" w:rsidRPr="001E7B3D" w:rsidRDefault="00F45934" w:rsidP="001F66B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ar-JO"/>
              </w:rPr>
            </w:pPr>
            <w:r w:rsidRPr="001E7B3D">
              <w:rPr>
                <w:rFonts w:ascii="Times New Roman" w:eastAsia="Times New Roman" w:hAnsi="Times New Roman" w:cs="Times New Roman"/>
                <w:sz w:val="18"/>
                <w:szCs w:val="18"/>
                <w:lang w:bidi="ar-JO"/>
              </w:rPr>
              <w:t>3</w:t>
            </w:r>
          </w:p>
        </w:tc>
        <w:tc>
          <w:tcPr>
            <w:tcW w:w="4320" w:type="dxa"/>
          </w:tcPr>
          <w:p w14:paraId="18AD2540" w14:textId="77777777" w:rsidR="00F45934" w:rsidRPr="001E7B3D" w:rsidRDefault="00F45934" w:rsidP="001F66B4">
            <w:pPr>
              <w:rPr>
                <w:rFonts w:ascii="Times New Roman" w:eastAsia="Times New Roman" w:hAnsi="Times New Roman" w:cs="Times New Roman"/>
                <w:sz w:val="18"/>
                <w:szCs w:val="18"/>
                <w:lang w:bidi="ar-JO"/>
              </w:rPr>
            </w:pPr>
            <w:r w:rsidRPr="001E7B3D">
              <w:rPr>
                <w:rFonts w:ascii="Times New Roman" w:hAnsi="Times New Roman" w:cs="Times New Roman"/>
                <w:sz w:val="18"/>
                <w:szCs w:val="18"/>
              </w:rPr>
              <w:t>Prepare required clinical equipment and materials</w:t>
            </w:r>
          </w:p>
        </w:tc>
        <w:tc>
          <w:tcPr>
            <w:tcW w:w="1260" w:type="dxa"/>
          </w:tcPr>
          <w:p w14:paraId="457ACB63" w14:textId="77777777" w:rsidR="00F45934" w:rsidRPr="001E7B3D" w:rsidRDefault="00F45934" w:rsidP="001F66B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ar-JO"/>
              </w:rPr>
            </w:pPr>
          </w:p>
        </w:tc>
        <w:tc>
          <w:tcPr>
            <w:tcW w:w="810" w:type="dxa"/>
          </w:tcPr>
          <w:p w14:paraId="12D96537" w14:textId="77777777" w:rsidR="00F45934" w:rsidRPr="001E7B3D" w:rsidRDefault="00F45934" w:rsidP="001F66B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ar-JO"/>
              </w:rPr>
            </w:pPr>
          </w:p>
        </w:tc>
        <w:tc>
          <w:tcPr>
            <w:tcW w:w="1080" w:type="dxa"/>
          </w:tcPr>
          <w:p w14:paraId="390CB710" w14:textId="77777777" w:rsidR="00F45934" w:rsidRPr="001E7B3D" w:rsidRDefault="00F45934" w:rsidP="001F66B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ar-JO"/>
              </w:rPr>
            </w:pPr>
          </w:p>
        </w:tc>
        <w:tc>
          <w:tcPr>
            <w:tcW w:w="1383" w:type="dxa"/>
          </w:tcPr>
          <w:p w14:paraId="37D7B09D" w14:textId="77777777" w:rsidR="00F45934" w:rsidRPr="001E7B3D" w:rsidRDefault="00F45934" w:rsidP="001F66B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ar-JO"/>
              </w:rPr>
            </w:pPr>
          </w:p>
        </w:tc>
      </w:tr>
      <w:tr w:rsidR="00F45934" w:rsidRPr="001E7B3D" w14:paraId="6EA2C68A" w14:textId="77777777" w:rsidTr="00F45934">
        <w:tc>
          <w:tcPr>
            <w:tcW w:w="867" w:type="dxa"/>
          </w:tcPr>
          <w:p w14:paraId="3FC0F7A5" w14:textId="77777777" w:rsidR="00F45934" w:rsidRPr="001E7B3D" w:rsidRDefault="00F45934" w:rsidP="001F66B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ar-JO"/>
              </w:rPr>
            </w:pPr>
            <w:r w:rsidRPr="001E7B3D">
              <w:rPr>
                <w:rFonts w:ascii="Times New Roman" w:eastAsia="Times New Roman" w:hAnsi="Times New Roman" w:cs="Times New Roman"/>
                <w:sz w:val="18"/>
                <w:szCs w:val="18"/>
                <w:lang w:bidi="ar-JO"/>
              </w:rPr>
              <w:t>4</w:t>
            </w:r>
          </w:p>
        </w:tc>
        <w:tc>
          <w:tcPr>
            <w:tcW w:w="4320" w:type="dxa"/>
          </w:tcPr>
          <w:p w14:paraId="68E95DB0" w14:textId="77777777" w:rsidR="00F45934" w:rsidRPr="001E7B3D" w:rsidRDefault="00F45934" w:rsidP="001F66B4">
            <w:pPr>
              <w:rPr>
                <w:rFonts w:ascii="Times New Roman" w:eastAsia="Times New Roman" w:hAnsi="Times New Roman" w:cs="Times New Roman"/>
                <w:sz w:val="18"/>
                <w:szCs w:val="18"/>
                <w:lang w:bidi="ar-JO"/>
              </w:rPr>
            </w:pPr>
            <w:r w:rsidRPr="001E7B3D">
              <w:rPr>
                <w:rFonts w:ascii="Times New Roman" w:hAnsi="Times New Roman" w:cs="Times New Roman"/>
                <w:sz w:val="18"/>
                <w:szCs w:val="18"/>
              </w:rPr>
              <w:t>Perform clinical skills safely, accurately, and efficiently</w:t>
            </w:r>
          </w:p>
        </w:tc>
        <w:tc>
          <w:tcPr>
            <w:tcW w:w="1260" w:type="dxa"/>
          </w:tcPr>
          <w:p w14:paraId="5BBC2697" w14:textId="77777777" w:rsidR="00F45934" w:rsidRPr="001E7B3D" w:rsidRDefault="00F45934" w:rsidP="001F66B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ar-JO"/>
              </w:rPr>
            </w:pPr>
          </w:p>
        </w:tc>
        <w:tc>
          <w:tcPr>
            <w:tcW w:w="810" w:type="dxa"/>
          </w:tcPr>
          <w:p w14:paraId="5C216025" w14:textId="77777777" w:rsidR="00F45934" w:rsidRPr="001E7B3D" w:rsidRDefault="00F45934" w:rsidP="001F66B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ar-JO"/>
              </w:rPr>
            </w:pPr>
          </w:p>
        </w:tc>
        <w:tc>
          <w:tcPr>
            <w:tcW w:w="1080" w:type="dxa"/>
          </w:tcPr>
          <w:p w14:paraId="07725DDC" w14:textId="77777777" w:rsidR="00F45934" w:rsidRPr="001E7B3D" w:rsidRDefault="00F45934" w:rsidP="001F66B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ar-JO"/>
              </w:rPr>
            </w:pPr>
          </w:p>
        </w:tc>
        <w:tc>
          <w:tcPr>
            <w:tcW w:w="1383" w:type="dxa"/>
          </w:tcPr>
          <w:p w14:paraId="49878269" w14:textId="77777777" w:rsidR="00F45934" w:rsidRPr="001E7B3D" w:rsidRDefault="00F45934" w:rsidP="001F66B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ar-JO"/>
              </w:rPr>
            </w:pPr>
          </w:p>
        </w:tc>
      </w:tr>
      <w:tr w:rsidR="00F45934" w:rsidRPr="001E7B3D" w14:paraId="0FB7D499" w14:textId="77777777" w:rsidTr="00F45934">
        <w:tc>
          <w:tcPr>
            <w:tcW w:w="5187" w:type="dxa"/>
            <w:gridSpan w:val="2"/>
          </w:tcPr>
          <w:p w14:paraId="75A79883" w14:textId="77777777" w:rsidR="00F45934" w:rsidRPr="001E7B3D" w:rsidRDefault="00F45934" w:rsidP="001F66B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ar-JO"/>
              </w:rPr>
            </w:pPr>
            <w:r w:rsidRPr="001E7B3D">
              <w:rPr>
                <w:rFonts w:ascii="Times New Roman" w:eastAsia="Times New Roman" w:hAnsi="Times New Roman" w:cs="Times New Roman"/>
                <w:sz w:val="18"/>
                <w:szCs w:val="18"/>
                <w:lang w:bidi="ar-JO"/>
              </w:rPr>
              <w:t>Subtotal: /16</w:t>
            </w:r>
          </w:p>
        </w:tc>
        <w:tc>
          <w:tcPr>
            <w:tcW w:w="1260" w:type="dxa"/>
          </w:tcPr>
          <w:p w14:paraId="3992C783" w14:textId="77777777" w:rsidR="00F45934" w:rsidRPr="001E7B3D" w:rsidRDefault="00F45934" w:rsidP="001F66B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ar-JO"/>
              </w:rPr>
            </w:pPr>
          </w:p>
        </w:tc>
        <w:tc>
          <w:tcPr>
            <w:tcW w:w="810" w:type="dxa"/>
          </w:tcPr>
          <w:p w14:paraId="4EFCB20C" w14:textId="77777777" w:rsidR="00F45934" w:rsidRPr="001E7B3D" w:rsidRDefault="00F45934" w:rsidP="001F66B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ar-JO"/>
              </w:rPr>
            </w:pPr>
          </w:p>
        </w:tc>
        <w:tc>
          <w:tcPr>
            <w:tcW w:w="1080" w:type="dxa"/>
          </w:tcPr>
          <w:p w14:paraId="4F475ECF" w14:textId="77777777" w:rsidR="00F45934" w:rsidRPr="001E7B3D" w:rsidRDefault="00F45934" w:rsidP="001F66B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ar-JO"/>
              </w:rPr>
            </w:pPr>
          </w:p>
        </w:tc>
        <w:tc>
          <w:tcPr>
            <w:tcW w:w="1383" w:type="dxa"/>
          </w:tcPr>
          <w:p w14:paraId="000D0CFC" w14:textId="77777777" w:rsidR="00F45934" w:rsidRPr="001E7B3D" w:rsidRDefault="00F45934" w:rsidP="001F66B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ar-JO"/>
              </w:rPr>
            </w:pPr>
          </w:p>
        </w:tc>
      </w:tr>
      <w:tr w:rsidR="00F45934" w:rsidRPr="001E7B3D" w14:paraId="7F3567F1" w14:textId="77777777" w:rsidTr="00F45934">
        <w:tc>
          <w:tcPr>
            <w:tcW w:w="9720" w:type="dxa"/>
            <w:gridSpan w:val="6"/>
            <w:shd w:val="clear" w:color="auto" w:fill="F2F2F2" w:themeFill="background1" w:themeFillShade="F2"/>
          </w:tcPr>
          <w:p w14:paraId="1A63BC24" w14:textId="77777777" w:rsidR="00F45934" w:rsidRPr="001E7B3D" w:rsidRDefault="00F45934" w:rsidP="001F66B4">
            <w:pPr>
              <w:rPr>
                <w:rFonts w:ascii="Times New Roman" w:eastAsia="Times New Roman" w:hAnsi="Times New Roman" w:cs="Times New Roman"/>
                <w:sz w:val="18"/>
                <w:szCs w:val="18"/>
                <w:lang w:bidi="ar-JO"/>
              </w:rPr>
            </w:pPr>
            <w:r w:rsidRPr="001E7B3D">
              <w:rPr>
                <w:rFonts w:ascii="Times New Roman" w:eastAsia="MS Gothic" w:hAnsi="Times New Roman" w:cs="Times New Roman"/>
                <w:b/>
                <w:bCs/>
                <w:sz w:val="18"/>
                <w:szCs w:val="18"/>
              </w:rPr>
              <w:t>CLO 8: Demonstrate leadership and accountability in applying professional nursing standards and ethical principles when utilizing cost-effective resources and technology to deliver safe, high-quality care across the lifespan.</w:t>
            </w:r>
          </w:p>
        </w:tc>
      </w:tr>
      <w:tr w:rsidR="00F45934" w:rsidRPr="001E7B3D" w14:paraId="632B4201" w14:textId="77777777" w:rsidTr="00F45934">
        <w:tc>
          <w:tcPr>
            <w:tcW w:w="867" w:type="dxa"/>
          </w:tcPr>
          <w:p w14:paraId="3EE17F68" w14:textId="77777777" w:rsidR="00F45934" w:rsidRPr="001E7B3D" w:rsidRDefault="00F45934" w:rsidP="001F66B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ar-JO"/>
              </w:rPr>
            </w:pPr>
            <w:r w:rsidRPr="001E7B3D">
              <w:rPr>
                <w:rFonts w:ascii="Times New Roman" w:eastAsia="Times New Roman" w:hAnsi="Times New Roman" w:cs="Times New Roman"/>
                <w:sz w:val="18"/>
                <w:szCs w:val="18"/>
                <w:lang w:bidi="ar-JO"/>
              </w:rPr>
              <w:t>1</w:t>
            </w:r>
          </w:p>
        </w:tc>
        <w:tc>
          <w:tcPr>
            <w:tcW w:w="4320" w:type="dxa"/>
          </w:tcPr>
          <w:p w14:paraId="6BE18DF9" w14:textId="77777777" w:rsidR="00F45934" w:rsidRPr="001E7B3D" w:rsidRDefault="00F45934" w:rsidP="001F66B4">
            <w:pPr>
              <w:rPr>
                <w:rFonts w:ascii="Times New Roman" w:eastAsia="Times New Roman" w:hAnsi="Times New Roman" w:cs="Times New Roman"/>
                <w:sz w:val="18"/>
                <w:szCs w:val="18"/>
                <w:lang w:bidi="ar-JO"/>
              </w:rPr>
            </w:pPr>
            <w:r w:rsidRPr="001E7B3D">
              <w:rPr>
                <w:rFonts w:ascii="Times New Roman" w:hAnsi="Times New Roman" w:cs="Times New Roman"/>
                <w:sz w:val="18"/>
                <w:szCs w:val="18"/>
              </w:rPr>
              <w:t>Apply decision-making skills in planning safe interventions</w:t>
            </w:r>
          </w:p>
        </w:tc>
        <w:tc>
          <w:tcPr>
            <w:tcW w:w="1260" w:type="dxa"/>
          </w:tcPr>
          <w:p w14:paraId="47107774" w14:textId="77777777" w:rsidR="00F45934" w:rsidRPr="001E7B3D" w:rsidRDefault="00F45934" w:rsidP="001F66B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ar-JO"/>
              </w:rPr>
            </w:pPr>
          </w:p>
        </w:tc>
        <w:tc>
          <w:tcPr>
            <w:tcW w:w="810" w:type="dxa"/>
          </w:tcPr>
          <w:p w14:paraId="5DC3697E" w14:textId="77777777" w:rsidR="00F45934" w:rsidRPr="001E7B3D" w:rsidRDefault="00F45934" w:rsidP="001F66B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ar-JO"/>
              </w:rPr>
            </w:pPr>
          </w:p>
        </w:tc>
        <w:tc>
          <w:tcPr>
            <w:tcW w:w="1080" w:type="dxa"/>
          </w:tcPr>
          <w:p w14:paraId="2CB2E423" w14:textId="77777777" w:rsidR="00F45934" w:rsidRPr="001E7B3D" w:rsidRDefault="00F45934" w:rsidP="001F66B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ar-JO"/>
              </w:rPr>
            </w:pPr>
          </w:p>
        </w:tc>
        <w:tc>
          <w:tcPr>
            <w:tcW w:w="1383" w:type="dxa"/>
          </w:tcPr>
          <w:p w14:paraId="65E6D2A0" w14:textId="77777777" w:rsidR="00F45934" w:rsidRPr="001E7B3D" w:rsidRDefault="00F45934" w:rsidP="001F66B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ar-JO"/>
              </w:rPr>
            </w:pPr>
          </w:p>
        </w:tc>
      </w:tr>
      <w:tr w:rsidR="00F45934" w:rsidRPr="001E7B3D" w14:paraId="5DACC3D4" w14:textId="77777777" w:rsidTr="00F45934">
        <w:tc>
          <w:tcPr>
            <w:tcW w:w="867" w:type="dxa"/>
          </w:tcPr>
          <w:p w14:paraId="0D900033" w14:textId="77777777" w:rsidR="00F45934" w:rsidRPr="001E7B3D" w:rsidRDefault="00F45934" w:rsidP="001F66B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ar-JO"/>
              </w:rPr>
            </w:pPr>
            <w:r w:rsidRPr="001E7B3D">
              <w:rPr>
                <w:rFonts w:ascii="Times New Roman" w:eastAsia="Times New Roman" w:hAnsi="Times New Roman" w:cs="Times New Roman"/>
                <w:sz w:val="18"/>
                <w:szCs w:val="18"/>
                <w:lang w:bidi="ar-JO"/>
              </w:rPr>
              <w:t>2</w:t>
            </w:r>
          </w:p>
        </w:tc>
        <w:tc>
          <w:tcPr>
            <w:tcW w:w="4320" w:type="dxa"/>
          </w:tcPr>
          <w:p w14:paraId="68646437" w14:textId="77777777" w:rsidR="00F45934" w:rsidRPr="001E7B3D" w:rsidRDefault="00F45934" w:rsidP="001F66B4">
            <w:pPr>
              <w:rPr>
                <w:rFonts w:ascii="Times New Roman" w:eastAsia="Times New Roman" w:hAnsi="Times New Roman" w:cs="Times New Roman"/>
                <w:sz w:val="18"/>
                <w:szCs w:val="18"/>
                <w:lang w:bidi="ar-JO"/>
              </w:rPr>
            </w:pPr>
            <w:r w:rsidRPr="001E7B3D">
              <w:rPr>
                <w:rFonts w:ascii="Times New Roman" w:hAnsi="Times New Roman" w:cs="Times New Roman"/>
                <w:sz w:val="18"/>
                <w:szCs w:val="18"/>
              </w:rPr>
              <w:t>Perform leadership role to motivate, empower, initiate, and manage time effectively</w:t>
            </w:r>
          </w:p>
        </w:tc>
        <w:tc>
          <w:tcPr>
            <w:tcW w:w="1260" w:type="dxa"/>
          </w:tcPr>
          <w:p w14:paraId="6E657AF4" w14:textId="77777777" w:rsidR="00F45934" w:rsidRPr="001E7B3D" w:rsidRDefault="00F45934" w:rsidP="001F66B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ar-JO"/>
              </w:rPr>
            </w:pPr>
          </w:p>
        </w:tc>
        <w:tc>
          <w:tcPr>
            <w:tcW w:w="810" w:type="dxa"/>
          </w:tcPr>
          <w:p w14:paraId="462ACED6" w14:textId="77777777" w:rsidR="00F45934" w:rsidRPr="001E7B3D" w:rsidRDefault="00F45934" w:rsidP="001F66B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ar-JO"/>
              </w:rPr>
            </w:pPr>
          </w:p>
        </w:tc>
        <w:tc>
          <w:tcPr>
            <w:tcW w:w="1080" w:type="dxa"/>
          </w:tcPr>
          <w:p w14:paraId="734DCCAB" w14:textId="77777777" w:rsidR="00F45934" w:rsidRPr="001E7B3D" w:rsidRDefault="00F45934" w:rsidP="001F66B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ar-JO"/>
              </w:rPr>
            </w:pPr>
          </w:p>
        </w:tc>
        <w:tc>
          <w:tcPr>
            <w:tcW w:w="1383" w:type="dxa"/>
          </w:tcPr>
          <w:p w14:paraId="0AB1AFAA" w14:textId="77777777" w:rsidR="00F45934" w:rsidRPr="001E7B3D" w:rsidRDefault="00F45934" w:rsidP="001F66B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ar-JO"/>
              </w:rPr>
            </w:pPr>
          </w:p>
        </w:tc>
      </w:tr>
      <w:tr w:rsidR="00F45934" w:rsidRPr="001E7B3D" w14:paraId="27181EE6" w14:textId="77777777" w:rsidTr="00F45934">
        <w:tc>
          <w:tcPr>
            <w:tcW w:w="867" w:type="dxa"/>
          </w:tcPr>
          <w:p w14:paraId="47E18943" w14:textId="77777777" w:rsidR="00F45934" w:rsidRPr="001E7B3D" w:rsidRDefault="00F45934" w:rsidP="001F66B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ar-JO"/>
              </w:rPr>
            </w:pPr>
            <w:r w:rsidRPr="001E7B3D">
              <w:rPr>
                <w:rFonts w:ascii="Times New Roman" w:eastAsia="Times New Roman" w:hAnsi="Times New Roman" w:cs="Times New Roman"/>
                <w:sz w:val="18"/>
                <w:szCs w:val="18"/>
                <w:lang w:bidi="ar-JO"/>
              </w:rPr>
              <w:t>3</w:t>
            </w:r>
          </w:p>
        </w:tc>
        <w:tc>
          <w:tcPr>
            <w:tcW w:w="4320" w:type="dxa"/>
          </w:tcPr>
          <w:p w14:paraId="325BA2BC" w14:textId="77777777" w:rsidR="00F45934" w:rsidRPr="001E7B3D" w:rsidRDefault="00F45934" w:rsidP="001F66B4">
            <w:pPr>
              <w:rPr>
                <w:rFonts w:ascii="Times New Roman" w:eastAsia="Times New Roman" w:hAnsi="Times New Roman" w:cs="Times New Roman"/>
                <w:sz w:val="18"/>
                <w:szCs w:val="18"/>
                <w:lang w:bidi="ar-JO"/>
              </w:rPr>
            </w:pPr>
            <w:r w:rsidRPr="001E7B3D">
              <w:rPr>
                <w:rFonts w:ascii="Times New Roman" w:hAnsi="Times New Roman" w:cs="Times New Roman"/>
                <w:sz w:val="18"/>
                <w:szCs w:val="18"/>
              </w:rPr>
              <w:t>Report changes in client health status to responsible staff/instructor</w:t>
            </w:r>
          </w:p>
        </w:tc>
        <w:tc>
          <w:tcPr>
            <w:tcW w:w="1260" w:type="dxa"/>
          </w:tcPr>
          <w:p w14:paraId="007EE682" w14:textId="77777777" w:rsidR="00F45934" w:rsidRPr="001E7B3D" w:rsidRDefault="00F45934" w:rsidP="001F66B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ar-JO"/>
              </w:rPr>
            </w:pPr>
          </w:p>
        </w:tc>
        <w:tc>
          <w:tcPr>
            <w:tcW w:w="810" w:type="dxa"/>
          </w:tcPr>
          <w:p w14:paraId="1F5DC565" w14:textId="77777777" w:rsidR="00F45934" w:rsidRPr="001E7B3D" w:rsidRDefault="00F45934" w:rsidP="001F66B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ar-JO"/>
              </w:rPr>
            </w:pPr>
          </w:p>
        </w:tc>
        <w:tc>
          <w:tcPr>
            <w:tcW w:w="1080" w:type="dxa"/>
          </w:tcPr>
          <w:p w14:paraId="6B6A880F" w14:textId="77777777" w:rsidR="00F45934" w:rsidRPr="001E7B3D" w:rsidRDefault="00F45934" w:rsidP="001F66B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ar-JO"/>
              </w:rPr>
            </w:pPr>
          </w:p>
        </w:tc>
        <w:tc>
          <w:tcPr>
            <w:tcW w:w="1383" w:type="dxa"/>
          </w:tcPr>
          <w:p w14:paraId="70F2A105" w14:textId="77777777" w:rsidR="00F45934" w:rsidRPr="001E7B3D" w:rsidRDefault="00F45934" w:rsidP="001F66B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ar-JO"/>
              </w:rPr>
            </w:pPr>
          </w:p>
        </w:tc>
      </w:tr>
      <w:tr w:rsidR="00F45934" w:rsidRPr="001E7B3D" w14:paraId="75B8FA6B" w14:textId="77777777" w:rsidTr="00F45934">
        <w:tc>
          <w:tcPr>
            <w:tcW w:w="867" w:type="dxa"/>
          </w:tcPr>
          <w:p w14:paraId="63662E8D" w14:textId="77777777" w:rsidR="00F45934" w:rsidRPr="001E7B3D" w:rsidRDefault="00F45934" w:rsidP="001F66B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ar-JO"/>
              </w:rPr>
            </w:pPr>
            <w:r w:rsidRPr="001E7B3D">
              <w:rPr>
                <w:rFonts w:ascii="Times New Roman" w:eastAsia="Times New Roman" w:hAnsi="Times New Roman" w:cs="Times New Roman"/>
                <w:sz w:val="18"/>
                <w:szCs w:val="18"/>
                <w:lang w:bidi="ar-JO"/>
              </w:rPr>
              <w:t>4</w:t>
            </w:r>
          </w:p>
        </w:tc>
        <w:tc>
          <w:tcPr>
            <w:tcW w:w="4320" w:type="dxa"/>
          </w:tcPr>
          <w:p w14:paraId="6214BE9F" w14:textId="77777777" w:rsidR="00F45934" w:rsidRPr="001E7B3D" w:rsidRDefault="00F45934" w:rsidP="001F66B4">
            <w:pPr>
              <w:rPr>
                <w:rFonts w:ascii="Times New Roman" w:eastAsia="Times New Roman" w:hAnsi="Times New Roman" w:cs="Times New Roman"/>
                <w:sz w:val="18"/>
                <w:szCs w:val="18"/>
                <w:lang w:bidi="ar-JO"/>
              </w:rPr>
            </w:pPr>
            <w:r w:rsidRPr="001E7B3D">
              <w:rPr>
                <w:rFonts w:ascii="Times New Roman" w:hAnsi="Times New Roman" w:cs="Times New Roman"/>
                <w:sz w:val="18"/>
                <w:szCs w:val="18"/>
              </w:rPr>
              <w:t>Implement leadership and management principles effectively</w:t>
            </w:r>
          </w:p>
        </w:tc>
        <w:tc>
          <w:tcPr>
            <w:tcW w:w="1260" w:type="dxa"/>
          </w:tcPr>
          <w:p w14:paraId="50E1CD13" w14:textId="77777777" w:rsidR="00F45934" w:rsidRPr="001E7B3D" w:rsidRDefault="00F45934" w:rsidP="001F66B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ar-JO"/>
              </w:rPr>
            </w:pPr>
          </w:p>
        </w:tc>
        <w:tc>
          <w:tcPr>
            <w:tcW w:w="810" w:type="dxa"/>
          </w:tcPr>
          <w:p w14:paraId="018540A7" w14:textId="77777777" w:rsidR="00F45934" w:rsidRPr="001E7B3D" w:rsidRDefault="00F45934" w:rsidP="001F66B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ar-JO"/>
              </w:rPr>
            </w:pPr>
          </w:p>
        </w:tc>
        <w:tc>
          <w:tcPr>
            <w:tcW w:w="1080" w:type="dxa"/>
          </w:tcPr>
          <w:p w14:paraId="700DE59C" w14:textId="77777777" w:rsidR="00F45934" w:rsidRPr="001E7B3D" w:rsidRDefault="00F45934" w:rsidP="001F66B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ar-JO"/>
              </w:rPr>
            </w:pPr>
          </w:p>
        </w:tc>
        <w:tc>
          <w:tcPr>
            <w:tcW w:w="1383" w:type="dxa"/>
          </w:tcPr>
          <w:p w14:paraId="602E928C" w14:textId="77777777" w:rsidR="00F45934" w:rsidRPr="001E7B3D" w:rsidRDefault="00F45934" w:rsidP="001F66B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ar-JO"/>
              </w:rPr>
            </w:pPr>
          </w:p>
        </w:tc>
      </w:tr>
      <w:tr w:rsidR="00F45934" w:rsidRPr="001E7B3D" w14:paraId="0FFB9CA4" w14:textId="77777777" w:rsidTr="00F45934">
        <w:tc>
          <w:tcPr>
            <w:tcW w:w="867" w:type="dxa"/>
          </w:tcPr>
          <w:p w14:paraId="546BDAD9" w14:textId="77777777" w:rsidR="00F45934" w:rsidRPr="001E7B3D" w:rsidRDefault="00F45934" w:rsidP="001F66B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ar-JO"/>
              </w:rPr>
            </w:pPr>
            <w:r w:rsidRPr="001E7B3D">
              <w:rPr>
                <w:rFonts w:ascii="Times New Roman" w:hAnsi="Times New Roman" w:cs="Times New Roman"/>
                <w:sz w:val="18"/>
                <w:szCs w:val="18"/>
                <w:lang w:bidi="ar-JO"/>
              </w:rPr>
              <w:t>5</w:t>
            </w:r>
          </w:p>
        </w:tc>
        <w:tc>
          <w:tcPr>
            <w:tcW w:w="4320" w:type="dxa"/>
          </w:tcPr>
          <w:p w14:paraId="48B799F6" w14:textId="77777777" w:rsidR="00F45934" w:rsidRPr="001E7B3D" w:rsidRDefault="00F45934" w:rsidP="001F66B4">
            <w:pPr>
              <w:rPr>
                <w:rFonts w:ascii="Times New Roman" w:eastAsia="Times New Roman" w:hAnsi="Times New Roman" w:cs="Times New Roman"/>
                <w:sz w:val="18"/>
                <w:szCs w:val="18"/>
                <w:lang w:bidi="ar-JO"/>
              </w:rPr>
            </w:pPr>
            <w:r w:rsidRPr="001E7B3D">
              <w:rPr>
                <w:rFonts w:ascii="Times New Roman" w:hAnsi="Times New Roman" w:cs="Times New Roman"/>
                <w:sz w:val="18"/>
                <w:szCs w:val="18"/>
              </w:rPr>
              <w:t>Participate in professional development activities (workshops, staff dev.)</w:t>
            </w:r>
          </w:p>
        </w:tc>
        <w:tc>
          <w:tcPr>
            <w:tcW w:w="1260" w:type="dxa"/>
          </w:tcPr>
          <w:p w14:paraId="469A581F" w14:textId="77777777" w:rsidR="00F45934" w:rsidRPr="001E7B3D" w:rsidRDefault="00F45934" w:rsidP="001F66B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ar-JO"/>
              </w:rPr>
            </w:pPr>
          </w:p>
        </w:tc>
        <w:tc>
          <w:tcPr>
            <w:tcW w:w="810" w:type="dxa"/>
          </w:tcPr>
          <w:p w14:paraId="2A336A5D" w14:textId="77777777" w:rsidR="00F45934" w:rsidRPr="001E7B3D" w:rsidRDefault="00F45934" w:rsidP="001F66B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ar-JO"/>
              </w:rPr>
            </w:pPr>
          </w:p>
        </w:tc>
        <w:tc>
          <w:tcPr>
            <w:tcW w:w="1080" w:type="dxa"/>
          </w:tcPr>
          <w:p w14:paraId="1184481B" w14:textId="77777777" w:rsidR="00F45934" w:rsidRPr="001E7B3D" w:rsidRDefault="00F45934" w:rsidP="001F66B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ar-JO"/>
              </w:rPr>
            </w:pPr>
          </w:p>
        </w:tc>
        <w:tc>
          <w:tcPr>
            <w:tcW w:w="1383" w:type="dxa"/>
          </w:tcPr>
          <w:p w14:paraId="1ACEF0E1" w14:textId="77777777" w:rsidR="00F45934" w:rsidRPr="001E7B3D" w:rsidRDefault="00F45934" w:rsidP="001F66B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ar-JO"/>
              </w:rPr>
            </w:pPr>
          </w:p>
        </w:tc>
      </w:tr>
      <w:tr w:rsidR="00F45934" w:rsidRPr="001E7B3D" w14:paraId="27B08B3D" w14:textId="77777777" w:rsidTr="00F45934">
        <w:tc>
          <w:tcPr>
            <w:tcW w:w="867" w:type="dxa"/>
          </w:tcPr>
          <w:p w14:paraId="42B4FC32" w14:textId="77777777" w:rsidR="00F45934" w:rsidRPr="001E7B3D" w:rsidRDefault="00F45934" w:rsidP="001F66B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ar-JO"/>
              </w:rPr>
            </w:pPr>
            <w:r w:rsidRPr="001E7B3D">
              <w:rPr>
                <w:rFonts w:ascii="Times New Roman" w:hAnsi="Times New Roman" w:cs="Times New Roman"/>
                <w:sz w:val="18"/>
                <w:szCs w:val="18"/>
                <w:lang w:bidi="ar-JO"/>
              </w:rPr>
              <w:t>6</w:t>
            </w:r>
          </w:p>
        </w:tc>
        <w:tc>
          <w:tcPr>
            <w:tcW w:w="4320" w:type="dxa"/>
          </w:tcPr>
          <w:p w14:paraId="343BE1FB" w14:textId="77777777" w:rsidR="00F45934" w:rsidRPr="001E7B3D" w:rsidRDefault="00F45934" w:rsidP="001F66B4">
            <w:pPr>
              <w:rPr>
                <w:rFonts w:ascii="Times New Roman" w:eastAsia="Times New Roman" w:hAnsi="Times New Roman" w:cs="Times New Roman"/>
                <w:sz w:val="18"/>
                <w:szCs w:val="18"/>
                <w:lang w:bidi="ar-JO"/>
              </w:rPr>
            </w:pPr>
            <w:r w:rsidRPr="001E7B3D">
              <w:rPr>
                <w:rFonts w:ascii="Times New Roman" w:hAnsi="Times New Roman" w:cs="Times New Roman"/>
                <w:sz w:val="18"/>
                <w:szCs w:val="18"/>
              </w:rPr>
              <w:t>Accept constructive feedback and engage in self-evaluation</w:t>
            </w:r>
          </w:p>
        </w:tc>
        <w:tc>
          <w:tcPr>
            <w:tcW w:w="1260" w:type="dxa"/>
          </w:tcPr>
          <w:p w14:paraId="78592F86" w14:textId="77777777" w:rsidR="00F45934" w:rsidRPr="001E7B3D" w:rsidRDefault="00F45934" w:rsidP="001F66B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ar-JO"/>
              </w:rPr>
            </w:pPr>
          </w:p>
        </w:tc>
        <w:tc>
          <w:tcPr>
            <w:tcW w:w="810" w:type="dxa"/>
          </w:tcPr>
          <w:p w14:paraId="1081239D" w14:textId="77777777" w:rsidR="00F45934" w:rsidRPr="001E7B3D" w:rsidRDefault="00F45934" w:rsidP="001F66B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ar-JO"/>
              </w:rPr>
            </w:pPr>
          </w:p>
        </w:tc>
        <w:tc>
          <w:tcPr>
            <w:tcW w:w="1080" w:type="dxa"/>
          </w:tcPr>
          <w:p w14:paraId="4540024B" w14:textId="77777777" w:rsidR="00F45934" w:rsidRPr="001E7B3D" w:rsidRDefault="00F45934" w:rsidP="001F66B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ar-JO"/>
              </w:rPr>
            </w:pPr>
          </w:p>
        </w:tc>
        <w:tc>
          <w:tcPr>
            <w:tcW w:w="1383" w:type="dxa"/>
          </w:tcPr>
          <w:p w14:paraId="43A4E34B" w14:textId="77777777" w:rsidR="00F45934" w:rsidRPr="001E7B3D" w:rsidRDefault="00F45934" w:rsidP="001F66B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ar-JO"/>
              </w:rPr>
            </w:pPr>
          </w:p>
        </w:tc>
      </w:tr>
      <w:tr w:rsidR="00F45934" w:rsidRPr="001E7B3D" w14:paraId="13DC4287" w14:textId="77777777" w:rsidTr="00F45934">
        <w:tc>
          <w:tcPr>
            <w:tcW w:w="5187" w:type="dxa"/>
            <w:gridSpan w:val="2"/>
          </w:tcPr>
          <w:p w14:paraId="3ADA7894" w14:textId="77777777" w:rsidR="00F45934" w:rsidRPr="001E7B3D" w:rsidRDefault="00F45934" w:rsidP="001F66B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ar-JO"/>
              </w:rPr>
            </w:pPr>
            <w:r w:rsidRPr="001E7B3D">
              <w:rPr>
                <w:rFonts w:ascii="Times New Roman" w:eastAsia="Times New Roman" w:hAnsi="Times New Roman" w:cs="Times New Roman"/>
                <w:sz w:val="18"/>
                <w:szCs w:val="18"/>
                <w:lang w:bidi="ar-JO"/>
              </w:rPr>
              <w:t>Subtotal: /24</w:t>
            </w:r>
          </w:p>
        </w:tc>
        <w:tc>
          <w:tcPr>
            <w:tcW w:w="1260" w:type="dxa"/>
          </w:tcPr>
          <w:p w14:paraId="6A50A24D" w14:textId="77777777" w:rsidR="00F45934" w:rsidRPr="001E7B3D" w:rsidRDefault="00F45934" w:rsidP="001F66B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ar-JO"/>
              </w:rPr>
            </w:pPr>
          </w:p>
        </w:tc>
        <w:tc>
          <w:tcPr>
            <w:tcW w:w="810" w:type="dxa"/>
          </w:tcPr>
          <w:p w14:paraId="326F4A53" w14:textId="77777777" w:rsidR="00F45934" w:rsidRPr="001E7B3D" w:rsidRDefault="00F45934" w:rsidP="001F66B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ar-JO"/>
              </w:rPr>
            </w:pPr>
          </w:p>
        </w:tc>
        <w:tc>
          <w:tcPr>
            <w:tcW w:w="1080" w:type="dxa"/>
          </w:tcPr>
          <w:p w14:paraId="728330A2" w14:textId="77777777" w:rsidR="00F45934" w:rsidRPr="001E7B3D" w:rsidRDefault="00F45934" w:rsidP="001F66B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ar-JO"/>
              </w:rPr>
            </w:pPr>
          </w:p>
        </w:tc>
        <w:tc>
          <w:tcPr>
            <w:tcW w:w="1383" w:type="dxa"/>
          </w:tcPr>
          <w:p w14:paraId="2DEDB8EE" w14:textId="77777777" w:rsidR="00F45934" w:rsidRPr="001E7B3D" w:rsidRDefault="00F45934" w:rsidP="001F66B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ar-JO"/>
              </w:rPr>
            </w:pPr>
          </w:p>
        </w:tc>
      </w:tr>
      <w:bookmarkEnd w:id="2"/>
    </w:tbl>
    <w:p w14:paraId="0E5BEF64" w14:textId="77777777" w:rsidR="00F45934" w:rsidRDefault="00F45934"/>
    <w:tbl>
      <w:tblPr>
        <w:tblStyle w:val="TableGrid2"/>
        <w:tblW w:w="8012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4387"/>
        <w:gridCol w:w="3625"/>
      </w:tblGrid>
      <w:tr w:rsidR="00F45934" w:rsidRPr="001E7B3D" w14:paraId="038380C1" w14:textId="77777777" w:rsidTr="00F45934">
        <w:trPr>
          <w:trHeight w:val="287"/>
          <w:jc w:val="center"/>
        </w:trPr>
        <w:tc>
          <w:tcPr>
            <w:tcW w:w="4387" w:type="dxa"/>
            <w:shd w:val="clear" w:color="auto" w:fill="F2F2F2" w:themeFill="background1" w:themeFillShade="F2"/>
          </w:tcPr>
          <w:p w14:paraId="51E00E5A" w14:textId="77777777" w:rsidR="00F45934" w:rsidRPr="001E7B3D" w:rsidRDefault="00F45934" w:rsidP="001F66B4">
            <w:pPr>
              <w:rPr>
                <w:rFonts w:ascii="Times New Roman" w:hAnsi="Times New Roman" w:cs="Times New Roman"/>
              </w:rPr>
            </w:pPr>
            <w:r w:rsidRPr="001E7B3D">
              <w:rPr>
                <w:rFonts w:ascii="Times New Roman" w:hAnsi="Times New Roman" w:cs="Times New Roman"/>
              </w:rPr>
              <w:t>Course Learning Outcome (CLO)</w:t>
            </w:r>
          </w:p>
        </w:tc>
        <w:tc>
          <w:tcPr>
            <w:tcW w:w="3625" w:type="dxa"/>
            <w:shd w:val="clear" w:color="auto" w:fill="F2F2F2" w:themeFill="background1" w:themeFillShade="F2"/>
          </w:tcPr>
          <w:p w14:paraId="1B937887" w14:textId="77777777" w:rsidR="00F45934" w:rsidRPr="001E7B3D" w:rsidRDefault="00F45934" w:rsidP="001F66B4">
            <w:pPr>
              <w:rPr>
                <w:rFonts w:ascii="Times New Roman" w:hAnsi="Times New Roman" w:cs="Times New Roman"/>
              </w:rPr>
            </w:pPr>
            <w:r w:rsidRPr="001E7B3D">
              <w:rPr>
                <w:rFonts w:ascii="Times New Roman" w:hAnsi="Times New Roman" w:cs="Times New Roman"/>
              </w:rPr>
              <w:t>Score Obtained of 140</w:t>
            </w:r>
          </w:p>
        </w:tc>
      </w:tr>
      <w:tr w:rsidR="00F45934" w:rsidRPr="001E7B3D" w14:paraId="4681A496" w14:textId="77777777" w:rsidTr="00F45934">
        <w:trPr>
          <w:trHeight w:val="273"/>
          <w:jc w:val="center"/>
        </w:trPr>
        <w:tc>
          <w:tcPr>
            <w:tcW w:w="4387" w:type="dxa"/>
          </w:tcPr>
          <w:p w14:paraId="66EF17F2" w14:textId="77777777" w:rsidR="00F45934" w:rsidRPr="001E7B3D" w:rsidRDefault="00F45934" w:rsidP="001F66B4">
            <w:pPr>
              <w:jc w:val="center"/>
              <w:rPr>
                <w:rFonts w:ascii="Times New Roman" w:hAnsi="Times New Roman" w:cs="Times New Roman"/>
              </w:rPr>
            </w:pPr>
            <w:r w:rsidRPr="001E7B3D">
              <w:rPr>
                <w:rFonts w:ascii="Times New Roman" w:hAnsi="Times New Roman" w:cs="Times New Roman"/>
              </w:rPr>
              <w:t>CLO 1</w:t>
            </w:r>
          </w:p>
        </w:tc>
        <w:tc>
          <w:tcPr>
            <w:tcW w:w="3625" w:type="dxa"/>
          </w:tcPr>
          <w:p w14:paraId="7D7682B7" w14:textId="77777777" w:rsidR="00F45934" w:rsidRPr="001E7B3D" w:rsidRDefault="00F45934" w:rsidP="001F66B4">
            <w:pPr>
              <w:rPr>
                <w:rFonts w:ascii="Times New Roman" w:hAnsi="Times New Roman" w:cs="Times New Roman"/>
              </w:rPr>
            </w:pPr>
          </w:p>
        </w:tc>
      </w:tr>
      <w:tr w:rsidR="00F45934" w:rsidRPr="001E7B3D" w14:paraId="2918D962" w14:textId="77777777" w:rsidTr="00F45934">
        <w:trPr>
          <w:trHeight w:val="287"/>
          <w:jc w:val="center"/>
        </w:trPr>
        <w:tc>
          <w:tcPr>
            <w:tcW w:w="4387" w:type="dxa"/>
          </w:tcPr>
          <w:p w14:paraId="7693DCF0" w14:textId="77777777" w:rsidR="00F45934" w:rsidRPr="001E7B3D" w:rsidRDefault="00F45934" w:rsidP="001F66B4">
            <w:pPr>
              <w:jc w:val="center"/>
              <w:rPr>
                <w:rFonts w:ascii="Times New Roman" w:hAnsi="Times New Roman" w:cs="Times New Roman"/>
              </w:rPr>
            </w:pPr>
            <w:r w:rsidRPr="001E7B3D">
              <w:rPr>
                <w:rFonts w:ascii="Times New Roman" w:hAnsi="Times New Roman" w:cs="Times New Roman"/>
              </w:rPr>
              <w:t>CLO 2</w:t>
            </w:r>
          </w:p>
        </w:tc>
        <w:tc>
          <w:tcPr>
            <w:tcW w:w="3625" w:type="dxa"/>
          </w:tcPr>
          <w:p w14:paraId="218FEA36" w14:textId="77777777" w:rsidR="00F45934" w:rsidRPr="001E7B3D" w:rsidRDefault="00F45934" w:rsidP="001F66B4">
            <w:pPr>
              <w:rPr>
                <w:rFonts w:ascii="Times New Roman" w:hAnsi="Times New Roman" w:cs="Times New Roman"/>
              </w:rPr>
            </w:pPr>
          </w:p>
        </w:tc>
      </w:tr>
      <w:tr w:rsidR="00F45934" w:rsidRPr="001E7B3D" w14:paraId="4B8F5E52" w14:textId="77777777" w:rsidTr="00F45934">
        <w:trPr>
          <w:trHeight w:val="287"/>
          <w:jc w:val="center"/>
        </w:trPr>
        <w:tc>
          <w:tcPr>
            <w:tcW w:w="4387" w:type="dxa"/>
          </w:tcPr>
          <w:p w14:paraId="39584E2F" w14:textId="77777777" w:rsidR="00F45934" w:rsidRPr="001E7B3D" w:rsidRDefault="00F45934" w:rsidP="001F66B4">
            <w:pPr>
              <w:jc w:val="center"/>
              <w:rPr>
                <w:rFonts w:ascii="Times New Roman" w:hAnsi="Times New Roman" w:cs="Times New Roman"/>
              </w:rPr>
            </w:pPr>
            <w:r w:rsidRPr="001E7B3D">
              <w:rPr>
                <w:rFonts w:ascii="Times New Roman" w:hAnsi="Times New Roman" w:cs="Times New Roman"/>
              </w:rPr>
              <w:t>CLO 3</w:t>
            </w:r>
          </w:p>
        </w:tc>
        <w:tc>
          <w:tcPr>
            <w:tcW w:w="3625" w:type="dxa"/>
          </w:tcPr>
          <w:p w14:paraId="0BBC22CA" w14:textId="77777777" w:rsidR="00F45934" w:rsidRPr="001E7B3D" w:rsidRDefault="00F45934" w:rsidP="001F66B4">
            <w:pPr>
              <w:rPr>
                <w:rFonts w:ascii="Times New Roman" w:hAnsi="Times New Roman" w:cs="Times New Roman"/>
              </w:rPr>
            </w:pPr>
          </w:p>
        </w:tc>
      </w:tr>
      <w:tr w:rsidR="00F45934" w:rsidRPr="001E7B3D" w14:paraId="5CA5A8EB" w14:textId="77777777" w:rsidTr="00F45934">
        <w:trPr>
          <w:trHeight w:val="287"/>
          <w:jc w:val="center"/>
        </w:trPr>
        <w:tc>
          <w:tcPr>
            <w:tcW w:w="4387" w:type="dxa"/>
          </w:tcPr>
          <w:p w14:paraId="56225FCE" w14:textId="77777777" w:rsidR="00F45934" w:rsidRPr="001E7B3D" w:rsidRDefault="00F45934" w:rsidP="001F66B4">
            <w:pPr>
              <w:jc w:val="center"/>
              <w:rPr>
                <w:rFonts w:ascii="Times New Roman" w:hAnsi="Times New Roman" w:cs="Times New Roman"/>
              </w:rPr>
            </w:pPr>
            <w:r w:rsidRPr="001E7B3D">
              <w:rPr>
                <w:rFonts w:ascii="Times New Roman" w:hAnsi="Times New Roman" w:cs="Times New Roman"/>
              </w:rPr>
              <w:t>CLO 4</w:t>
            </w:r>
          </w:p>
        </w:tc>
        <w:tc>
          <w:tcPr>
            <w:tcW w:w="3625" w:type="dxa"/>
          </w:tcPr>
          <w:p w14:paraId="7FC250E0" w14:textId="77777777" w:rsidR="00F45934" w:rsidRPr="001E7B3D" w:rsidRDefault="00F45934" w:rsidP="001F66B4">
            <w:pPr>
              <w:rPr>
                <w:rFonts w:ascii="Times New Roman" w:hAnsi="Times New Roman" w:cs="Times New Roman"/>
              </w:rPr>
            </w:pPr>
          </w:p>
        </w:tc>
      </w:tr>
      <w:tr w:rsidR="00F45934" w:rsidRPr="001E7B3D" w14:paraId="5A1E2140" w14:textId="77777777" w:rsidTr="00F45934">
        <w:trPr>
          <w:trHeight w:val="287"/>
          <w:jc w:val="center"/>
        </w:trPr>
        <w:tc>
          <w:tcPr>
            <w:tcW w:w="4387" w:type="dxa"/>
          </w:tcPr>
          <w:p w14:paraId="5A4E2FD6" w14:textId="77777777" w:rsidR="00F45934" w:rsidRPr="001E7B3D" w:rsidRDefault="00F45934" w:rsidP="001F66B4">
            <w:pPr>
              <w:jc w:val="center"/>
              <w:rPr>
                <w:rFonts w:ascii="Times New Roman" w:hAnsi="Times New Roman" w:cs="Times New Roman"/>
              </w:rPr>
            </w:pPr>
            <w:r w:rsidRPr="001E7B3D">
              <w:rPr>
                <w:rFonts w:ascii="Times New Roman" w:hAnsi="Times New Roman" w:cs="Times New Roman"/>
              </w:rPr>
              <w:t>CLO 5</w:t>
            </w:r>
          </w:p>
        </w:tc>
        <w:tc>
          <w:tcPr>
            <w:tcW w:w="3625" w:type="dxa"/>
          </w:tcPr>
          <w:p w14:paraId="048E173D" w14:textId="77777777" w:rsidR="00F45934" w:rsidRPr="001E7B3D" w:rsidRDefault="00F45934" w:rsidP="001F66B4">
            <w:pPr>
              <w:rPr>
                <w:rFonts w:ascii="Times New Roman" w:hAnsi="Times New Roman" w:cs="Times New Roman"/>
              </w:rPr>
            </w:pPr>
          </w:p>
        </w:tc>
      </w:tr>
      <w:tr w:rsidR="00F45934" w:rsidRPr="001E7B3D" w14:paraId="1383E1BF" w14:textId="77777777" w:rsidTr="00F45934">
        <w:trPr>
          <w:trHeight w:val="287"/>
          <w:jc w:val="center"/>
        </w:trPr>
        <w:tc>
          <w:tcPr>
            <w:tcW w:w="4387" w:type="dxa"/>
          </w:tcPr>
          <w:p w14:paraId="50EE86E4" w14:textId="77777777" w:rsidR="00F45934" w:rsidRPr="001E7B3D" w:rsidRDefault="00F45934" w:rsidP="001F66B4">
            <w:pPr>
              <w:jc w:val="center"/>
              <w:rPr>
                <w:rFonts w:ascii="Times New Roman" w:hAnsi="Times New Roman" w:cs="Times New Roman"/>
              </w:rPr>
            </w:pPr>
            <w:r w:rsidRPr="001E7B3D">
              <w:rPr>
                <w:rFonts w:ascii="Times New Roman" w:hAnsi="Times New Roman" w:cs="Times New Roman"/>
              </w:rPr>
              <w:t>CLO 6</w:t>
            </w:r>
          </w:p>
        </w:tc>
        <w:tc>
          <w:tcPr>
            <w:tcW w:w="3625" w:type="dxa"/>
          </w:tcPr>
          <w:p w14:paraId="69B9AF38" w14:textId="77777777" w:rsidR="00F45934" w:rsidRPr="001E7B3D" w:rsidRDefault="00F45934" w:rsidP="001F66B4">
            <w:pPr>
              <w:rPr>
                <w:rFonts w:ascii="Times New Roman" w:hAnsi="Times New Roman" w:cs="Times New Roman"/>
              </w:rPr>
            </w:pPr>
          </w:p>
        </w:tc>
      </w:tr>
      <w:tr w:rsidR="00F45934" w:rsidRPr="001E7B3D" w14:paraId="29CB4655" w14:textId="77777777" w:rsidTr="00F45934">
        <w:trPr>
          <w:trHeight w:val="287"/>
          <w:jc w:val="center"/>
        </w:trPr>
        <w:tc>
          <w:tcPr>
            <w:tcW w:w="4387" w:type="dxa"/>
          </w:tcPr>
          <w:p w14:paraId="45780D2A" w14:textId="77777777" w:rsidR="00F45934" w:rsidRPr="001E7B3D" w:rsidRDefault="00F45934" w:rsidP="001F66B4">
            <w:pPr>
              <w:jc w:val="center"/>
              <w:rPr>
                <w:rFonts w:ascii="Times New Roman" w:hAnsi="Times New Roman" w:cs="Times New Roman"/>
              </w:rPr>
            </w:pPr>
            <w:r w:rsidRPr="001E7B3D">
              <w:rPr>
                <w:rFonts w:ascii="Times New Roman" w:hAnsi="Times New Roman" w:cs="Times New Roman"/>
              </w:rPr>
              <w:t>CLO 7</w:t>
            </w:r>
          </w:p>
        </w:tc>
        <w:tc>
          <w:tcPr>
            <w:tcW w:w="3625" w:type="dxa"/>
          </w:tcPr>
          <w:p w14:paraId="299DE79D" w14:textId="77777777" w:rsidR="00F45934" w:rsidRPr="001E7B3D" w:rsidRDefault="00F45934" w:rsidP="001F66B4">
            <w:pPr>
              <w:rPr>
                <w:rFonts w:ascii="Times New Roman" w:hAnsi="Times New Roman" w:cs="Times New Roman"/>
              </w:rPr>
            </w:pPr>
          </w:p>
        </w:tc>
      </w:tr>
      <w:tr w:rsidR="00F45934" w:rsidRPr="001E7B3D" w14:paraId="0FFD880C" w14:textId="77777777" w:rsidTr="00F45934">
        <w:trPr>
          <w:trHeight w:val="287"/>
          <w:jc w:val="center"/>
        </w:trPr>
        <w:tc>
          <w:tcPr>
            <w:tcW w:w="4387" w:type="dxa"/>
          </w:tcPr>
          <w:p w14:paraId="7655EB9D" w14:textId="77777777" w:rsidR="00F45934" w:rsidRPr="001E7B3D" w:rsidRDefault="00F45934" w:rsidP="001F66B4">
            <w:pPr>
              <w:jc w:val="center"/>
              <w:rPr>
                <w:rFonts w:ascii="Times New Roman" w:hAnsi="Times New Roman" w:cs="Times New Roman"/>
              </w:rPr>
            </w:pPr>
            <w:r w:rsidRPr="001E7B3D">
              <w:rPr>
                <w:rFonts w:ascii="Times New Roman" w:hAnsi="Times New Roman" w:cs="Times New Roman"/>
              </w:rPr>
              <w:t>CLO 8</w:t>
            </w:r>
          </w:p>
        </w:tc>
        <w:tc>
          <w:tcPr>
            <w:tcW w:w="3625" w:type="dxa"/>
          </w:tcPr>
          <w:p w14:paraId="593CE3D7" w14:textId="77777777" w:rsidR="00F45934" w:rsidRPr="001E7B3D" w:rsidRDefault="00F45934" w:rsidP="001F66B4">
            <w:pPr>
              <w:rPr>
                <w:rFonts w:ascii="Times New Roman" w:hAnsi="Times New Roman" w:cs="Times New Roman"/>
              </w:rPr>
            </w:pPr>
          </w:p>
        </w:tc>
      </w:tr>
      <w:tr w:rsidR="00F45934" w:rsidRPr="001E7B3D" w14:paraId="490035E5" w14:textId="77777777" w:rsidTr="00F45934">
        <w:trPr>
          <w:trHeight w:val="273"/>
          <w:jc w:val="center"/>
        </w:trPr>
        <w:tc>
          <w:tcPr>
            <w:tcW w:w="4387" w:type="dxa"/>
          </w:tcPr>
          <w:p w14:paraId="0C58FF24" w14:textId="77777777" w:rsidR="00F45934" w:rsidRPr="001E7B3D" w:rsidRDefault="00F45934" w:rsidP="001F66B4">
            <w:pPr>
              <w:jc w:val="center"/>
              <w:rPr>
                <w:rFonts w:ascii="Times New Roman" w:hAnsi="Times New Roman" w:cs="Times New Roman"/>
              </w:rPr>
            </w:pPr>
            <w:r w:rsidRPr="001E7B3D">
              <w:rPr>
                <w:rFonts w:ascii="Times New Roman" w:hAnsi="Times New Roman" w:cs="Times New Roman"/>
              </w:rPr>
              <w:t>Total</w:t>
            </w:r>
          </w:p>
        </w:tc>
        <w:tc>
          <w:tcPr>
            <w:tcW w:w="3625" w:type="dxa"/>
          </w:tcPr>
          <w:p w14:paraId="4D40C631" w14:textId="77777777" w:rsidR="00F45934" w:rsidRPr="001E7B3D" w:rsidRDefault="00F45934" w:rsidP="001F66B4">
            <w:pPr>
              <w:rPr>
                <w:rFonts w:ascii="Times New Roman" w:hAnsi="Times New Roman" w:cs="Times New Roman"/>
              </w:rPr>
            </w:pPr>
          </w:p>
        </w:tc>
      </w:tr>
    </w:tbl>
    <w:p w14:paraId="0634F1C1" w14:textId="77777777" w:rsidR="00F45934" w:rsidRDefault="00F45934"/>
    <w:p w14:paraId="2F648623" w14:textId="77777777" w:rsidR="004C54FD" w:rsidRDefault="00B91AF2" w:rsidP="004C54FD">
      <w:r>
        <w:rPr>
          <w:b/>
          <w:sz w:val="18"/>
        </w:rPr>
        <w:t>Total Score: (______ / 140) X 20                  Total of 20:</w:t>
      </w:r>
      <w:r>
        <w:rPr>
          <w:sz w:val="18"/>
        </w:rPr>
        <w:t xml:space="preserve"> __________</w:t>
      </w:r>
      <w:r w:rsidR="004C54FD">
        <w:t xml:space="preserve">                </w:t>
      </w:r>
    </w:p>
    <w:p w14:paraId="65336ECA" w14:textId="0F8576A1" w:rsidR="00C970B0" w:rsidRDefault="004C54FD" w:rsidP="00E71AEC">
      <w:r>
        <w:t xml:space="preserve">  </w:t>
      </w:r>
      <w:r>
        <w:rPr>
          <w:b/>
          <w:sz w:val="20"/>
        </w:rPr>
        <w:t>Instructor's Signature:</w:t>
      </w:r>
      <w:r>
        <w:rPr>
          <w:sz w:val="20"/>
        </w:rPr>
        <w:t xml:space="preserve"> ________________________      </w:t>
      </w:r>
      <w:r>
        <w:rPr>
          <w:b/>
          <w:sz w:val="20"/>
        </w:rPr>
        <w:t>Date:</w:t>
      </w:r>
      <w:r>
        <w:rPr>
          <w:sz w:val="20"/>
        </w:rPr>
        <w:t xml:space="preserve"> ____________________</w:t>
      </w:r>
    </w:p>
    <w:sectPr w:rsidR="00C970B0" w:rsidSect="00F4593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800" w:bottom="1440" w:left="1800" w:header="720" w:footer="720" w:gutter="0"/>
      <w:pgBorders w:offsetFrom="page">
        <w:top w:val="single" w:sz="24" w:space="24" w:color="auto"/>
        <w:left w:val="single" w:sz="24" w:space="24" w:color="auto"/>
        <w:bottom w:val="single" w:sz="24" w:space="24" w:color="auto"/>
        <w:right w:val="single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0B8914" w14:textId="77777777" w:rsidR="00B91AF2" w:rsidRDefault="00B91AF2" w:rsidP="00F45934">
      <w:pPr>
        <w:spacing w:after="0" w:line="240" w:lineRule="auto"/>
      </w:pPr>
      <w:r>
        <w:separator/>
      </w:r>
    </w:p>
  </w:endnote>
  <w:endnote w:type="continuationSeparator" w:id="0">
    <w:p w14:paraId="6F7EE309" w14:textId="77777777" w:rsidR="00B91AF2" w:rsidRDefault="00B91AF2" w:rsidP="00F459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52DD4" w14:textId="77777777" w:rsidR="00F45934" w:rsidRDefault="00F4593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8D33A6" w14:textId="77777777" w:rsidR="00F45934" w:rsidRDefault="00F4593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13D6A" w14:textId="77777777" w:rsidR="00F45934" w:rsidRDefault="00F4593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0FFBB5" w14:textId="77777777" w:rsidR="00B91AF2" w:rsidRDefault="00B91AF2" w:rsidP="00F45934">
      <w:pPr>
        <w:spacing w:after="0" w:line="240" w:lineRule="auto"/>
      </w:pPr>
      <w:r>
        <w:separator/>
      </w:r>
    </w:p>
  </w:footnote>
  <w:footnote w:type="continuationSeparator" w:id="0">
    <w:p w14:paraId="5728F678" w14:textId="77777777" w:rsidR="00B91AF2" w:rsidRDefault="00B91AF2" w:rsidP="00F459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C38885" w14:textId="77777777" w:rsidR="00F45934" w:rsidRDefault="00F4593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8C904C" w14:textId="77777777" w:rsidR="00F45934" w:rsidRDefault="00F45934">
    <w:pPr>
      <w:pStyle w:val="Header"/>
    </w:pPr>
  </w:p>
  <w:p w14:paraId="7E67BA37" w14:textId="77777777" w:rsidR="00F45934" w:rsidRDefault="00F4593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27935A" w14:textId="77777777" w:rsidR="00F45934" w:rsidRDefault="00F4593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3728696">
    <w:abstractNumId w:val="8"/>
  </w:num>
  <w:num w:numId="2" w16cid:durableId="1976986055">
    <w:abstractNumId w:val="6"/>
  </w:num>
  <w:num w:numId="3" w16cid:durableId="1523084562">
    <w:abstractNumId w:val="5"/>
  </w:num>
  <w:num w:numId="4" w16cid:durableId="245963788">
    <w:abstractNumId w:val="4"/>
  </w:num>
  <w:num w:numId="5" w16cid:durableId="1774325973">
    <w:abstractNumId w:val="7"/>
  </w:num>
  <w:num w:numId="6" w16cid:durableId="294722799">
    <w:abstractNumId w:val="3"/>
  </w:num>
  <w:num w:numId="7" w16cid:durableId="1449930845">
    <w:abstractNumId w:val="2"/>
  </w:num>
  <w:num w:numId="8" w16cid:durableId="150416409">
    <w:abstractNumId w:val="1"/>
  </w:num>
  <w:num w:numId="9" w16cid:durableId="10316869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4C54FD"/>
    <w:rsid w:val="006D1C98"/>
    <w:rsid w:val="00AA1D8D"/>
    <w:rsid w:val="00B47730"/>
    <w:rsid w:val="00B91AF2"/>
    <w:rsid w:val="00C970B0"/>
    <w:rsid w:val="00CB0664"/>
    <w:rsid w:val="00CF79A7"/>
    <w:rsid w:val="00D471BC"/>
    <w:rsid w:val="00E71AEC"/>
    <w:rsid w:val="00F4593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D5E8079"/>
  <w14:defaultImageDpi w14:val="300"/>
  <w15:docId w15:val="{01E4888F-29CC-4400-95BF-1741593D2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TableGrid11">
    <w:name w:val="Table Grid11"/>
    <w:basedOn w:val="TableNormal"/>
    <w:next w:val="TableGrid"/>
    <w:uiPriority w:val="59"/>
    <w:rsid w:val="00F45934"/>
    <w:pPr>
      <w:spacing w:after="0" w:line="240" w:lineRule="auto"/>
    </w:pPr>
    <w:rPr>
      <w:rFonts w:ascii="Cambria" w:eastAsia="MS Mincho" w:hAnsi="Cambria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F45934"/>
    <w:pPr>
      <w:spacing w:after="0" w:line="240" w:lineRule="auto"/>
    </w:pPr>
    <w:rPr>
      <w:rFonts w:ascii="Cambria" w:eastAsia="MS Mincho" w:hAnsi="Cambria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704</Words>
  <Characters>4018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4713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Ahmad A. Heasat</cp:lastModifiedBy>
  <cp:revision>4</cp:revision>
  <dcterms:created xsi:type="dcterms:W3CDTF">2013-12-23T23:15:00Z</dcterms:created>
  <dcterms:modified xsi:type="dcterms:W3CDTF">2026-07-16T20:18:00Z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c08e17a-07ee-47e8-9883-c711994ec208_Enabled">
    <vt:lpwstr>true</vt:lpwstr>
  </property>
  <property fmtid="{D5CDD505-2E9C-101B-9397-08002B2CF9AE}" pid="3" name="MSIP_Label_ec08e17a-07ee-47e8-9883-c711994ec208_SetDate">
    <vt:lpwstr>2026-07-16T20:16:22Z</vt:lpwstr>
  </property>
  <property fmtid="{D5CDD505-2E9C-101B-9397-08002B2CF9AE}" pid="4" name="MSIP_Label_ec08e17a-07ee-47e8-9883-c711994ec208_Method">
    <vt:lpwstr>Standard</vt:lpwstr>
  </property>
  <property fmtid="{D5CDD505-2E9C-101B-9397-08002B2CF9AE}" pid="5" name="MSIP_Label_ec08e17a-07ee-47e8-9883-c711994ec208_Name">
    <vt:lpwstr>defa4170-0d19-0005-0003-bc88714345d2</vt:lpwstr>
  </property>
  <property fmtid="{D5CDD505-2E9C-101B-9397-08002B2CF9AE}" pid="6" name="MSIP_Label_ec08e17a-07ee-47e8-9883-c711994ec208_SiteId">
    <vt:lpwstr>fbc0f940-b676-4d68-81f0-4ab427e1210f</vt:lpwstr>
  </property>
  <property fmtid="{D5CDD505-2E9C-101B-9397-08002B2CF9AE}" pid="7" name="MSIP_Label_ec08e17a-07ee-47e8-9883-c711994ec208_ActionId">
    <vt:lpwstr>72b25b8b-8cd0-4897-be62-8de69af67d5f</vt:lpwstr>
  </property>
  <property fmtid="{D5CDD505-2E9C-101B-9397-08002B2CF9AE}" pid="8" name="MSIP_Label_ec08e17a-07ee-47e8-9883-c711994ec208_ContentBits">
    <vt:lpwstr>0</vt:lpwstr>
  </property>
  <property fmtid="{D5CDD505-2E9C-101B-9397-08002B2CF9AE}" pid="9" name="MSIP_Label_ec08e17a-07ee-47e8-9883-c711994ec208_Tag">
    <vt:lpwstr>10, 3, 0, 1</vt:lpwstr>
  </property>
</Properties>
</file>