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6804B" w14:textId="0A8BAA6E" w:rsidR="00063E42" w:rsidRDefault="00386470">
      <w:r>
        <w:rPr>
          <w:b/>
          <w:sz w:val="24"/>
        </w:rPr>
        <w:t xml:space="preserve">                                                                         </w:t>
      </w:r>
      <w:r w:rsidR="00000000">
        <w:rPr>
          <w:b/>
          <w:sz w:val="24"/>
        </w:rPr>
        <w:t>Appendix A</w:t>
      </w:r>
    </w:p>
    <w:p w14:paraId="77A4A133" w14:textId="665EE557" w:rsidR="00063E42" w:rsidRDefault="00386470">
      <w:r>
        <w:rPr>
          <w:b/>
          <w:sz w:val="24"/>
        </w:rPr>
        <w:t xml:space="preserve">                                                                 </w:t>
      </w:r>
      <w:r w:rsidR="00000000">
        <w:rPr>
          <w:b/>
          <w:sz w:val="24"/>
        </w:rPr>
        <w:t>Clinical SOPIE Form</w:t>
      </w:r>
    </w:p>
    <w:p w14:paraId="1AC671AB" w14:textId="77777777" w:rsidR="00386470" w:rsidRDefault="00386470">
      <w:pPr>
        <w:rPr>
          <w:b/>
          <w:sz w:val="20"/>
        </w:rPr>
      </w:pPr>
    </w:p>
    <w:p w14:paraId="01C90736" w14:textId="619135B6" w:rsidR="00063E42" w:rsidRDefault="00000000">
      <w:r>
        <w:rPr>
          <w:b/>
          <w:sz w:val="20"/>
        </w:rPr>
        <w:t>Student Name:</w:t>
      </w:r>
      <w:r>
        <w:rPr>
          <w:sz w:val="20"/>
        </w:rPr>
        <w:t xml:space="preserve"> ________________________</w:t>
      </w:r>
      <w:r>
        <w:rPr>
          <w:sz w:val="20"/>
        </w:rPr>
        <w:br/>
      </w:r>
      <w:r>
        <w:rPr>
          <w:b/>
          <w:sz w:val="20"/>
        </w:rPr>
        <w:t>Student ID:</w:t>
      </w:r>
      <w:r>
        <w:rPr>
          <w:sz w:val="20"/>
        </w:rPr>
        <w:t xml:space="preserve"> ____________________________</w:t>
      </w:r>
      <w:r>
        <w:rPr>
          <w:sz w:val="20"/>
        </w:rPr>
        <w:br/>
      </w:r>
      <w:r>
        <w:rPr>
          <w:b/>
          <w:sz w:val="20"/>
        </w:rPr>
        <w:t>Date:</w:t>
      </w:r>
      <w:r>
        <w:rPr>
          <w:sz w:val="20"/>
        </w:rPr>
        <w:t xml:space="preserve"> _____________________</w:t>
      </w:r>
      <w:r>
        <w:rPr>
          <w:sz w:val="20"/>
        </w:rPr>
        <w:br/>
      </w:r>
      <w:r>
        <w:rPr>
          <w:b/>
          <w:sz w:val="20"/>
        </w:rPr>
        <w:t>Score:</w:t>
      </w:r>
      <w:r>
        <w:rPr>
          <w:sz w:val="20"/>
        </w:rPr>
        <w:t xml:space="preserve"> ____________/10</w:t>
      </w:r>
      <w:r>
        <w:rPr>
          <w:sz w:val="20"/>
        </w:rPr>
        <w:br/>
      </w:r>
    </w:p>
    <w:p w14:paraId="18264277" w14:textId="77777777" w:rsidR="00063E42" w:rsidRDefault="00000000">
      <w:r>
        <w:rPr>
          <w:b/>
          <w:sz w:val="20"/>
        </w:rPr>
        <w:t>Patient Details:</w:t>
      </w:r>
      <w:r>
        <w:rPr>
          <w:sz w:val="20"/>
        </w:rPr>
        <w:br/>
        <w:t>Patient Age: ____________</w:t>
      </w:r>
      <w:r>
        <w:rPr>
          <w:sz w:val="20"/>
        </w:rPr>
        <w:br/>
        <w:t>Gender: _______________</w:t>
      </w:r>
      <w:r>
        <w:rPr>
          <w:sz w:val="20"/>
        </w:rPr>
        <w:br/>
        <w:t>Hospital Unit: ________________</w:t>
      </w:r>
      <w:r>
        <w:rPr>
          <w:sz w:val="20"/>
        </w:rPr>
        <w:br/>
        <w:t>Medical Diagnosis: _______________</w:t>
      </w:r>
    </w:p>
    <w:p w14:paraId="0ED08A48" w14:textId="77777777" w:rsidR="00063E42" w:rsidRDefault="00000000">
      <w:r>
        <w:rPr>
          <w:b/>
          <w:sz w:val="20"/>
        </w:rPr>
        <w:t>Assessment (CLOs: 1, 2, 6)</w:t>
      </w:r>
    </w:p>
    <w:p w14:paraId="7155955D" w14:textId="77777777" w:rsidR="00063E42" w:rsidRDefault="00000000">
      <w:r>
        <w:rPr>
          <w:b/>
          <w:sz w:val="20"/>
        </w:rPr>
        <w:t>Vital Signs:</w:t>
      </w:r>
    </w:p>
    <w:p w14:paraId="7B500D3D" w14:textId="77777777" w:rsidR="00063E42" w:rsidRDefault="00000000">
      <w:r>
        <w:rPr>
          <w:b/>
          <w:sz w:val="20"/>
        </w:rPr>
        <w:t>BP: ________ HR: ________ RR: ________ T: ________ Pain Score: ________</w:t>
      </w:r>
    </w:p>
    <w:p w14:paraId="4918D21F" w14:textId="77777777" w:rsidR="00063E42" w:rsidRDefault="00063E42"/>
    <w:p w14:paraId="5841DDEE" w14:textId="77777777" w:rsidR="00063E42" w:rsidRDefault="00000000">
      <w:r>
        <w:rPr>
          <w:b/>
          <w:sz w:val="20"/>
        </w:rPr>
        <w:t>Subjective Data: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EBD829" w14:textId="77777777" w:rsidR="00063E42" w:rsidRDefault="00000000">
      <w:r>
        <w:rPr>
          <w:b/>
          <w:sz w:val="20"/>
        </w:rPr>
        <w:t>Objective Data:</w:t>
      </w:r>
    </w:p>
    <w:p w14:paraId="7FD0A1E4" w14:textId="77777777" w:rsidR="00063E42" w:rsidRDefault="00000000">
      <w:r>
        <w:rPr>
          <w:b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DF918E" w14:textId="77777777" w:rsidR="00063E42" w:rsidRDefault="00000000">
      <w:r>
        <w:rPr>
          <w:b/>
          <w:sz w:val="20"/>
        </w:rPr>
        <w:lastRenderedPageBreak/>
        <w:t xml:space="preserve">1. Nursing Diagnosis </w:t>
      </w:r>
    </w:p>
    <w:p w14:paraId="78DFB373" w14:textId="77777777" w:rsidR="00063E42" w:rsidRDefault="00000000">
      <w:r>
        <w:rPr>
          <w:b/>
          <w:sz w:val="20"/>
        </w:rPr>
        <w:t>Diagnosis 1:</w:t>
      </w:r>
      <w:r>
        <w:t xml:space="preserve"> </w:t>
      </w:r>
      <w:r>
        <w:rPr>
          <w:b/>
          <w:sz w:val="20"/>
        </w:rPr>
        <w:t>………………………………………………………………………………………………………………………</w:t>
      </w:r>
    </w:p>
    <w:p w14:paraId="38F42BD4" w14:textId="77777777" w:rsidR="00063E42" w:rsidRDefault="00000000">
      <w:r>
        <w:rPr>
          <w:b/>
          <w:sz w:val="20"/>
        </w:rPr>
        <w:t>Diagnosis 2:</w:t>
      </w:r>
      <w:r>
        <w:t xml:space="preserve"> </w:t>
      </w:r>
      <w:r>
        <w:rPr>
          <w:b/>
          <w:sz w:val="20"/>
        </w:rPr>
        <w:t>………………………………………………………………………………………………………………………</w:t>
      </w:r>
    </w:p>
    <w:p w14:paraId="0A4247E6" w14:textId="77777777" w:rsidR="00063E42" w:rsidRDefault="00000000">
      <w:r>
        <w:rPr>
          <w:b/>
          <w:sz w:val="20"/>
        </w:rPr>
        <w:t xml:space="preserve">2. Planning – Goal Setting </w:t>
      </w:r>
    </w:p>
    <w:p w14:paraId="2BCCFAE7" w14:textId="77777777" w:rsidR="00063E42" w:rsidRDefault="00000000">
      <w:r>
        <w:rPr>
          <w:b/>
          <w:sz w:val="20"/>
        </w:rPr>
        <w:t>Goal for Diagnosis 1:</w:t>
      </w:r>
      <w:r>
        <w:t xml:space="preserve"> </w:t>
      </w:r>
      <w:r>
        <w:rPr>
          <w:b/>
          <w:sz w:val="20"/>
        </w:rPr>
        <w:t>………………………………………………………………………………………………………………………</w:t>
      </w:r>
    </w:p>
    <w:p w14:paraId="71C23A2B" w14:textId="77777777" w:rsidR="00063E42" w:rsidRDefault="00000000">
      <w:r>
        <w:rPr>
          <w:b/>
          <w:sz w:val="20"/>
        </w:rPr>
        <w:t>Goal for Diagnosis 2:</w:t>
      </w:r>
      <w:r>
        <w:t xml:space="preserve"> </w:t>
      </w:r>
      <w:r>
        <w:rPr>
          <w:b/>
          <w:sz w:val="20"/>
        </w:rPr>
        <w:t>………………………………………………………………………………………………………………………</w:t>
      </w:r>
    </w:p>
    <w:p w14:paraId="433E840C" w14:textId="77777777" w:rsidR="00063E42" w:rsidRDefault="00000000">
      <w:r>
        <w:rPr>
          <w:b/>
          <w:sz w:val="20"/>
        </w:rPr>
        <w:t xml:space="preserve">3. Nursing Interventions - </w:t>
      </w:r>
      <w:r>
        <w:rPr>
          <w:sz w:val="20"/>
        </w:rPr>
        <w:t>3 Interventions for each diagnosis</w:t>
      </w:r>
      <w:r>
        <w:rPr>
          <w:b/>
          <w:sz w:val="20"/>
        </w:rPr>
        <w:t xml:space="preserve"> </w:t>
      </w:r>
    </w:p>
    <w:p w14:paraId="505CA716" w14:textId="77777777" w:rsidR="00063E42" w:rsidRDefault="00000000">
      <w:r>
        <w:rPr>
          <w:b/>
          <w:sz w:val="20"/>
        </w:rPr>
        <w:t>Interventions for Diagnosis 1:</w:t>
      </w:r>
    </w:p>
    <w:p w14:paraId="0D82D1F5" w14:textId="77777777" w:rsidR="00063E42" w:rsidRDefault="00000000"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BD6B1C" w14:textId="77777777" w:rsidR="00063E42" w:rsidRDefault="00000000">
      <w:r>
        <w:rPr>
          <w:b/>
          <w:sz w:val="20"/>
        </w:rPr>
        <w:t>Interventions for Diagnosis 2:</w:t>
      </w:r>
    </w:p>
    <w:p w14:paraId="73C2F978" w14:textId="77777777" w:rsidR="00063E42" w:rsidRDefault="00000000"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E96ACE" w14:textId="77777777" w:rsidR="00063E42" w:rsidRDefault="00000000">
      <w:r>
        <w:rPr>
          <w:b/>
          <w:sz w:val="20"/>
        </w:rPr>
        <w:t xml:space="preserve">4. Evaluation </w:t>
      </w:r>
    </w:p>
    <w:p w14:paraId="2AB31E34" w14:textId="77777777" w:rsidR="00063E42" w:rsidRDefault="00000000">
      <w:r>
        <w:rPr>
          <w:b/>
          <w:sz w:val="20"/>
        </w:rPr>
        <w:t>Evaluation for Diagnosis 1:</w:t>
      </w:r>
      <w:r>
        <w:t xml:space="preserve"> </w:t>
      </w:r>
      <w:r>
        <w:rPr>
          <w:b/>
          <w:sz w:val="20"/>
        </w:rPr>
        <w:t>………………………………………………………………………………………………………………………</w:t>
      </w:r>
    </w:p>
    <w:p w14:paraId="349A81AA" w14:textId="77777777" w:rsidR="00063E42" w:rsidRDefault="00000000">
      <w:r>
        <w:rPr>
          <w:b/>
          <w:sz w:val="20"/>
        </w:rPr>
        <w:t>Evaluation for Diagnosis 2:</w:t>
      </w:r>
      <w:r>
        <w:t xml:space="preserve"> </w:t>
      </w:r>
      <w:r>
        <w:rPr>
          <w:b/>
          <w:sz w:val="20"/>
        </w:rPr>
        <w:t>………………………………………………………………………………………………………………………</w:t>
      </w:r>
    </w:p>
    <w:p w14:paraId="266D2941" w14:textId="77777777" w:rsidR="00063E42" w:rsidRDefault="00063E42"/>
    <w:p w14:paraId="44D47BEE" w14:textId="77777777" w:rsidR="00063E42" w:rsidRDefault="00063E42"/>
    <w:p w14:paraId="26A320B8" w14:textId="77777777" w:rsidR="00063E42" w:rsidRDefault="00063E42"/>
    <w:p w14:paraId="5B2B02B7" w14:textId="77777777" w:rsidR="00063E42" w:rsidRDefault="00063E42"/>
    <w:p w14:paraId="1C141873" w14:textId="77777777" w:rsidR="00063E42" w:rsidRDefault="00063E42"/>
    <w:p w14:paraId="49FAB1D1" w14:textId="77777777" w:rsidR="00063E42" w:rsidRDefault="00063E42"/>
    <w:p w14:paraId="3184880D" w14:textId="77777777" w:rsidR="00063E42" w:rsidRDefault="00063E42"/>
    <w:p w14:paraId="44642E7E" w14:textId="77777777" w:rsidR="00063E42" w:rsidRDefault="00063E42"/>
    <w:p w14:paraId="52587475" w14:textId="77777777" w:rsidR="00063E42" w:rsidRDefault="00063E42"/>
    <w:p w14:paraId="2678A0CB" w14:textId="2D35202C" w:rsidR="00063E42" w:rsidRDefault="00386470">
      <w:r>
        <w:rPr>
          <w:b/>
          <w:sz w:val="20"/>
        </w:rPr>
        <w:t xml:space="preserve">                                                                         </w:t>
      </w:r>
      <w:r w:rsidR="00000000">
        <w:rPr>
          <w:b/>
          <w:sz w:val="20"/>
        </w:rPr>
        <w:t>SOPIE Evaluation Rubric</w:t>
      </w:r>
    </w:p>
    <w:p w14:paraId="7CBD61FC" w14:textId="77777777" w:rsidR="00063E42" w:rsidRDefault="00000000">
      <w:r>
        <w:rPr>
          <w:b/>
          <w:sz w:val="20"/>
        </w:rPr>
        <w:t>Student Name:</w:t>
      </w:r>
      <w:r>
        <w:rPr>
          <w:sz w:val="20"/>
        </w:rPr>
        <w:t xml:space="preserve"> ________________________</w:t>
      </w:r>
      <w:r>
        <w:rPr>
          <w:sz w:val="20"/>
        </w:rPr>
        <w:br/>
      </w:r>
      <w:r>
        <w:rPr>
          <w:b/>
          <w:sz w:val="20"/>
        </w:rPr>
        <w:t>Student ID:</w:t>
      </w:r>
      <w:r>
        <w:rPr>
          <w:sz w:val="20"/>
        </w:rPr>
        <w:t xml:space="preserve"> ____________________________</w:t>
      </w:r>
    </w:p>
    <w:p w14:paraId="21E8D170" w14:textId="77777777" w:rsidR="00386470" w:rsidRDefault="00000000">
      <w:r>
        <w:rPr>
          <w:b/>
          <w:sz w:val="18"/>
        </w:rPr>
        <w:t>Part 1: Content (Total: 28 Marks)</w:t>
      </w:r>
      <w:r w:rsidR="00386470">
        <w:rPr>
          <w:b/>
          <w:sz w:val="18"/>
        </w:rPr>
        <w:t xml:space="preserve"> </w:t>
      </w:r>
    </w:p>
    <w:tbl>
      <w:tblPr>
        <w:tblStyle w:val="TableGridLight1"/>
        <w:tblW w:w="10011" w:type="dxa"/>
        <w:tblInd w:w="-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728"/>
        <w:gridCol w:w="994"/>
        <w:gridCol w:w="1685"/>
        <w:gridCol w:w="1276"/>
        <w:gridCol w:w="1534"/>
        <w:gridCol w:w="1261"/>
        <w:gridCol w:w="694"/>
      </w:tblGrid>
      <w:tr w:rsidR="00386470" w:rsidRPr="001E7B3D" w14:paraId="61545C21" w14:textId="77777777" w:rsidTr="001F66B4">
        <w:tc>
          <w:tcPr>
            <w:tcW w:w="1839" w:type="dxa"/>
            <w:shd w:val="clear" w:color="auto" w:fill="F2F2F2" w:themeFill="background1" w:themeFillShade="F2"/>
            <w:hideMark/>
          </w:tcPr>
          <w:p w14:paraId="7BB78555" w14:textId="77777777" w:rsidR="00386470" w:rsidRPr="001E7B3D" w:rsidRDefault="00386470" w:rsidP="001F66B4">
            <w:pPr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Criteria</w:t>
            </w:r>
          </w:p>
        </w:tc>
        <w:tc>
          <w:tcPr>
            <w:tcW w:w="728" w:type="dxa"/>
            <w:shd w:val="clear" w:color="auto" w:fill="F2F2F2" w:themeFill="background1" w:themeFillShade="F2"/>
            <w:hideMark/>
          </w:tcPr>
          <w:p w14:paraId="4A83114E" w14:textId="77777777" w:rsidR="00386470" w:rsidRPr="001E7B3D" w:rsidRDefault="00386470" w:rsidP="001F66B4">
            <w:pPr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CLOs</w:t>
            </w:r>
          </w:p>
        </w:tc>
        <w:tc>
          <w:tcPr>
            <w:tcW w:w="994" w:type="dxa"/>
            <w:shd w:val="clear" w:color="auto" w:fill="F2F2F2" w:themeFill="background1" w:themeFillShade="F2"/>
            <w:hideMark/>
          </w:tcPr>
          <w:p w14:paraId="213BA7E4" w14:textId="77777777" w:rsidR="00386470" w:rsidRPr="001E7B3D" w:rsidRDefault="00386470" w:rsidP="001F66B4">
            <w:pPr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No Evidence (0)</w:t>
            </w:r>
          </w:p>
        </w:tc>
        <w:tc>
          <w:tcPr>
            <w:tcW w:w="1685" w:type="dxa"/>
            <w:shd w:val="clear" w:color="auto" w:fill="F2F2F2" w:themeFill="background1" w:themeFillShade="F2"/>
            <w:hideMark/>
          </w:tcPr>
          <w:p w14:paraId="08A4A568" w14:textId="77777777" w:rsidR="00386470" w:rsidRPr="001E7B3D" w:rsidRDefault="00386470" w:rsidP="001F66B4">
            <w:pPr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Poor (1)</w:t>
            </w:r>
          </w:p>
        </w:tc>
        <w:tc>
          <w:tcPr>
            <w:tcW w:w="1276" w:type="dxa"/>
            <w:shd w:val="clear" w:color="auto" w:fill="F2F2F2" w:themeFill="background1" w:themeFillShade="F2"/>
            <w:hideMark/>
          </w:tcPr>
          <w:p w14:paraId="2F6A3683" w14:textId="77777777" w:rsidR="00386470" w:rsidRPr="001E7B3D" w:rsidRDefault="00386470" w:rsidP="001F66B4">
            <w:pPr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Fair (2)</w:t>
            </w:r>
          </w:p>
        </w:tc>
        <w:tc>
          <w:tcPr>
            <w:tcW w:w="1534" w:type="dxa"/>
            <w:shd w:val="clear" w:color="auto" w:fill="F2F2F2" w:themeFill="background1" w:themeFillShade="F2"/>
            <w:hideMark/>
          </w:tcPr>
          <w:p w14:paraId="18BA0E1E" w14:textId="77777777" w:rsidR="00386470" w:rsidRPr="001E7B3D" w:rsidRDefault="00386470" w:rsidP="001F66B4">
            <w:pPr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Good (3)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34BC5629" w14:textId="77777777" w:rsidR="00386470" w:rsidRPr="001E7B3D" w:rsidRDefault="00386470" w:rsidP="001F66B4">
            <w:pPr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Excellent (4)</w:t>
            </w:r>
          </w:p>
        </w:tc>
        <w:tc>
          <w:tcPr>
            <w:tcW w:w="694" w:type="dxa"/>
            <w:shd w:val="clear" w:color="auto" w:fill="F2F2F2" w:themeFill="background1" w:themeFillShade="F2"/>
            <w:hideMark/>
          </w:tcPr>
          <w:p w14:paraId="384244C0" w14:textId="77777777" w:rsidR="00386470" w:rsidRPr="001E7B3D" w:rsidRDefault="00386470" w:rsidP="001F66B4">
            <w:pPr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Score</w:t>
            </w:r>
          </w:p>
        </w:tc>
      </w:tr>
      <w:tr w:rsidR="00386470" w:rsidRPr="001E7B3D" w14:paraId="6905DEA9" w14:textId="77777777" w:rsidTr="001F66B4">
        <w:trPr>
          <w:trHeight w:val="750"/>
        </w:trPr>
        <w:tc>
          <w:tcPr>
            <w:tcW w:w="1839" w:type="dxa"/>
            <w:hideMark/>
          </w:tcPr>
          <w:p w14:paraId="7C5F4AC8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  <w:lang w:bidi="ar-JO"/>
              </w:rPr>
              <w:t>Assessment (Subjective &amp; Objective)</w:t>
            </w:r>
          </w:p>
        </w:tc>
        <w:tc>
          <w:tcPr>
            <w:tcW w:w="728" w:type="dxa"/>
            <w:vAlign w:val="center"/>
            <w:hideMark/>
          </w:tcPr>
          <w:p w14:paraId="6EC4D0F7" w14:textId="77777777" w:rsidR="00386470" w:rsidRPr="001E7B3D" w:rsidRDefault="00386470" w:rsidP="001F66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6</w:t>
            </w:r>
          </w:p>
        </w:tc>
        <w:tc>
          <w:tcPr>
            <w:tcW w:w="994" w:type="dxa"/>
            <w:hideMark/>
          </w:tcPr>
          <w:p w14:paraId="0F918CBE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No data provided</w:t>
            </w:r>
          </w:p>
        </w:tc>
        <w:tc>
          <w:tcPr>
            <w:tcW w:w="1685" w:type="dxa"/>
            <w:hideMark/>
          </w:tcPr>
          <w:p w14:paraId="5DD115FC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Incomplete</w:t>
            </w:r>
          </w:p>
        </w:tc>
        <w:tc>
          <w:tcPr>
            <w:tcW w:w="1276" w:type="dxa"/>
            <w:hideMark/>
          </w:tcPr>
          <w:p w14:paraId="394550E5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Adequate but lacks detail</w:t>
            </w:r>
          </w:p>
        </w:tc>
        <w:tc>
          <w:tcPr>
            <w:tcW w:w="1534" w:type="dxa"/>
            <w:hideMark/>
          </w:tcPr>
          <w:p w14:paraId="333D2DB2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Clear and relevant with minor depth missing</w:t>
            </w:r>
          </w:p>
        </w:tc>
        <w:tc>
          <w:tcPr>
            <w:tcW w:w="0" w:type="auto"/>
            <w:hideMark/>
          </w:tcPr>
          <w:p w14:paraId="4D0ECA99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Comprehensive, contextual</w:t>
            </w:r>
          </w:p>
        </w:tc>
        <w:tc>
          <w:tcPr>
            <w:tcW w:w="694" w:type="dxa"/>
            <w:hideMark/>
          </w:tcPr>
          <w:p w14:paraId="4B7F2D9E" w14:textId="77777777" w:rsidR="00386470" w:rsidRPr="001E7B3D" w:rsidRDefault="00386470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386470" w:rsidRPr="001E7B3D" w14:paraId="0BE7F4BC" w14:textId="77777777" w:rsidTr="001F66B4">
        <w:tc>
          <w:tcPr>
            <w:tcW w:w="1839" w:type="dxa"/>
            <w:hideMark/>
          </w:tcPr>
          <w:p w14:paraId="213BF88D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  <w:lang w:bidi="ar-JO"/>
              </w:rPr>
              <w:t>Nursing Diagnosis 1</w:t>
            </w:r>
          </w:p>
        </w:tc>
        <w:tc>
          <w:tcPr>
            <w:tcW w:w="728" w:type="dxa"/>
            <w:vMerge w:val="restart"/>
            <w:vAlign w:val="center"/>
            <w:hideMark/>
          </w:tcPr>
          <w:p w14:paraId="14BAF611" w14:textId="77777777" w:rsidR="00386470" w:rsidRPr="001E7B3D" w:rsidRDefault="00386470" w:rsidP="001F66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3, 4</w:t>
            </w:r>
          </w:p>
          <w:p w14:paraId="637EB088" w14:textId="77777777" w:rsidR="00386470" w:rsidRPr="001E7B3D" w:rsidRDefault="00386470" w:rsidP="001F66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</w:p>
        </w:tc>
        <w:tc>
          <w:tcPr>
            <w:tcW w:w="994" w:type="dxa"/>
            <w:hideMark/>
          </w:tcPr>
          <w:p w14:paraId="0E4740C1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Not identified</w:t>
            </w:r>
          </w:p>
        </w:tc>
        <w:tc>
          <w:tcPr>
            <w:tcW w:w="1685" w:type="dxa"/>
            <w:hideMark/>
          </w:tcPr>
          <w:p w14:paraId="5E8BDC71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Irrelevant/incomplete</w:t>
            </w:r>
          </w:p>
        </w:tc>
        <w:tc>
          <w:tcPr>
            <w:tcW w:w="1276" w:type="dxa"/>
            <w:hideMark/>
          </w:tcPr>
          <w:p w14:paraId="3694BAF6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C23D8A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Relevant but incomplete, NANDA approved</w:t>
            </w:r>
          </w:p>
        </w:tc>
        <w:tc>
          <w:tcPr>
            <w:tcW w:w="1534" w:type="dxa"/>
            <w:hideMark/>
          </w:tcPr>
          <w:p w14:paraId="02D53607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Relevant, NANDA approved</w:t>
            </w:r>
          </w:p>
        </w:tc>
        <w:tc>
          <w:tcPr>
            <w:tcW w:w="0" w:type="auto"/>
            <w:hideMark/>
          </w:tcPr>
          <w:p w14:paraId="48866908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Complete, prioritized</w:t>
            </w:r>
          </w:p>
        </w:tc>
        <w:tc>
          <w:tcPr>
            <w:tcW w:w="694" w:type="dxa"/>
            <w:hideMark/>
          </w:tcPr>
          <w:p w14:paraId="6778447A" w14:textId="77777777" w:rsidR="00386470" w:rsidRPr="001E7B3D" w:rsidRDefault="00386470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386470" w:rsidRPr="001E7B3D" w14:paraId="417307D5" w14:textId="77777777" w:rsidTr="001F66B4">
        <w:tc>
          <w:tcPr>
            <w:tcW w:w="1839" w:type="dxa"/>
            <w:hideMark/>
          </w:tcPr>
          <w:p w14:paraId="5CA47FCD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  <w:lang w:bidi="ar-JO"/>
              </w:rPr>
              <w:t>Nursing Diagnosis 2</w:t>
            </w:r>
          </w:p>
        </w:tc>
        <w:tc>
          <w:tcPr>
            <w:tcW w:w="728" w:type="dxa"/>
            <w:vMerge/>
            <w:vAlign w:val="center"/>
            <w:hideMark/>
          </w:tcPr>
          <w:p w14:paraId="2DC7BB75" w14:textId="77777777" w:rsidR="00386470" w:rsidRPr="001E7B3D" w:rsidRDefault="00386470" w:rsidP="001F66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</w:p>
        </w:tc>
        <w:tc>
          <w:tcPr>
            <w:tcW w:w="994" w:type="dxa"/>
            <w:hideMark/>
          </w:tcPr>
          <w:p w14:paraId="626F4521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Not identified</w:t>
            </w:r>
          </w:p>
        </w:tc>
        <w:tc>
          <w:tcPr>
            <w:tcW w:w="1685" w:type="dxa"/>
            <w:hideMark/>
          </w:tcPr>
          <w:p w14:paraId="61BBE3B8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Irrelevant/incomplete</w:t>
            </w:r>
          </w:p>
        </w:tc>
        <w:tc>
          <w:tcPr>
            <w:tcW w:w="1276" w:type="dxa"/>
            <w:hideMark/>
          </w:tcPr>
          <w:p w14:paraId="001BF6CB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CA7774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Relevant but incomplete, NANDA approved</w:t>
            </w:r>
          </w:p>
        </w:tc>
        <w:tc>
          <w:tcPr>
            <w:tcW w:w="1534" w:type="dxa"/>
            <w:hideMark/>
          </w:tcPr>
          <w:p w14:paraId="4BD78144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Relevant, NANDA approved</w:t>
            </w:r>
          </w:p>
        </w:tc>
        <w:tc>
          <w:tcPr>
            <w:tcW w:w="0" w:type="auto"/>
            <w:hideMark/>
          </w:tcPr>
          <w:p w14:paraId="2586FE66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Complete, prioritized</w:t>
            </w:r>
          </w:p>
        </w:tc>
        <w:tc>
          <w:tcPr>
            <w:tcW w:w="694" w:type="dxa"/>
            <w:hideMark/>
          </w:tcPr>
          <w:p w14:paraId="46DA581C" w14:textId="77777777" w:rsidR="00386470" w:rsidRPr="001E7B3D" w:rsidRDefault="00386470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386470" w:rsidRPr="001E7B3D" w14:paraId="6F203597" w14:textId="77777777" w:rsidTr="001F66B4">
        <w:trPr>
          <w:trHeight w:val="696"/>
        </w:trPr>
        <w:tc>
          <w:tcPr>
            <w:tcW w:w="1839" w:type="dxa"/>
            <w:hideMark/>
          </w:tcPr>
          <w:p w14:paraId="7500522A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  <w:lang w:bidi="ar-JO"/>
              </w:rPr>
              <w:t>Planning (Goal 1 &amp; 2)</w:t>
            </w:r>
          </w:p>
        </w:tc>
        <w:tc>
          <w:tcPr>
            <w:tcW w:w="728" w:type="dxa"/>
            <w:vMerge/>
            <w:vAlign w:val="center"/>
            <w:hideMark/>
          </w:tcPr>
          <w:p w14:paraId="285D02A8" w14:textId="77777777" w:rsidR="00386470" w:rsidRPr="001E7B3D" w:rsidRDefault="00386470" w:rsidP="001F66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</w:p>
        </w:tc>
        <w:tc>
          <w:tcPr>
            <w:tcW w:w="994" w:type="dxa"/>
            <w:hideMark/>
          </w:tcPr>
          <w:p w14:paraId="133BA201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No goal</w:t>
            </w:r>
          </w:p>
        </w:tc>
        <w:tc>
          <w:tcPr>
            <w:tcW w:w="1685" w:type="dxa"/>
            <w:hideMark/>
          </w:tcPr>
          <w:p w14:paraId="71C2B1F7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Not SMART</w:t>
            </w:r>
          </w:p>
        </w:tc>
        <w:tc>
          <w:tcPr>
            <w:tcW w:w="1276" w:type="dxa"/>
            <w:hideMark/>
          </w:tcPr>
          <w:p w14:paraId="55323402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Some SMART criteria</w:t>
            </w:r>
          </w:p>
        </w:tc>
        <w:tc>
          <w:tcPr>
            <w:tcW w:w="1534" w:type="dxa"/>
            <w:hideMark/>
          </w:tcPr>
          <w:p w14:paraId="0202247F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Mostly SMART</w:t>
            </w:r>
          </w:p>
        </w:tc>
        <w:tc>
          <w:tcPr>
            <w:tcW w:w="0" w:type="auto"/>
            <w:hideMark/>
          </w:tcPr>
          <w:p w14:paraId="273EC19A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Fully SMART goals</w:t>
            </w:r>
          </w:p>
        </w:tc>
        <w:tc>
          <w:tcPr>
            <w:tcW w:w="694" w:type="dxa"/>
            <w:hideMark/>
          </w:tcPr>
          <w:p w14:paraId="2D9603E5" w14:textId="77777777" w:rsidR="00386470" w:rsidRPr="001E7B3D" w:rsidRDefault="00386470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386470" w:rsidRPr="001E7B3D" w14:paraId="1100411A" w14:textId="77777777" w:rsidTr="001F66B4">
        <w:tc>
          <w:tcPr>
            <w:tcW w:w="1839" w:type="dxa"/>
            <w:hideMark/>
          </w:tcPr>
          <w:p w14:paraId="41B4D40C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  <w:lang w:bidi="ar-JO"/>
              </w:rPr>
              <w:t>Interventions (Dx 1)</w:t>
            </w:r>
          </w:p>
        </w:tc>
        <w:tc>
          <w:tcPr>
            <w:tcW w:w="728" w:type="dxa"/>
            <w:vMerge w:val="restart"/>
            <w:vAlign w:val="center"/>
            <w:hideMark/>
          </w:tcPr>
          <w:p w14:paraId="5137A34E" w14:textId="77777777" w:rsidR="00386470" w:rsidRPr="001E7B3D" w:rsidRDefault="00386470" w:rsidP="001F66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6, 7</w:t>
            </w:r>
          </w:p>
          <w:p w14:paraId="5E80C418" w14:textId="77777777" w:rsidR="00386470" w:rsidRPr="001E7B3D" w:rsidRDefault="00386470" w:rsidP="001F66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</w:p>
        </w:tc>
        <w:tc>
          <w:tcPr>
            <w:tcW w:w="994" w:type="dxa"/>
            <w:hideMark/>
          </w:tcPr>
          <w:p w14:paraId="0CEFC7FB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None</w:t>
            </w:r>
          </w:p>
        </w:tc>
        <w:tc>
          <w:tcPr>
            <w:tcW w:w="1685" w:type="dxa"/>
            <w:hideMark/>
          </w:tcPr>
          <w:p w14:paraId="65D793F1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Poorly related</w:t>
            </w:r>
          </w:p>
        </w:tc>
        <w:tc>
          <w:tcPr>
            <w:tcW w:w="1276" w:type="dxa"/>
            <w:hideMark/>
          </w:tcPr>
          <w:p w14:paraId="1A536164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1 relevant</w:t>
            </w:r>
          </w:p>
        </w:tc>
        <w:tc>
          <w:tcPr>
            <w:tcW w:w="1534" w:type="dxa"/>
            <w:hideMark/>
          </w:tcPr>
          <w:p w14:paraId="0BCBEED5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2 relevant</w:t>
            </w:r>
          </w:p>
        </w:tc>
        <w:tc>
          <w:tcPr>
            <w:tcW w:w="0" w:type="auto"/>
            <w:hideMark/>
          </w:tcPr>
          <w:p w14:paraId="29960905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3 relevant</w:t>
            </w:r>
          </w:p>
        </w:tc>
        <w:tc>
          <w:tcPr>
            <w:tcW w:w="694" w:type="dxa"/>
            <w:hideMark/>
          </w:tcPr>
          <w:p w14:paraId="7BE4BBA9" w14:textId="77777777" w:rsidR="00386470" w:rsidRPr="001E7B3D" w:rsidRDefault="00386470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386470" w:rsidRPr="001E7B3D" w14:paraId="16B3E095" w14:textId="77777777" w:rsidTr="001F66B4">
        <w:tc>
          <w:tcPr>
            <w:tcW w:w="1839" w:type="dxa"/>
            <w:hideMark/>
          </w:tcPr>
          <w:p w14:paraId="51CE3BEA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  <w:lang w:bidi="ar-JO"/>
              </w:rPr>
              <w:t>Interventions (Dx 2)</w:t>
            </w:r>
          </w:p>
        </w:tc>
        <w:tc>
          <w:tcPr>
            <w:tcW w:w="728" w:type="dxa"/>
            <w:vMerge/>
            <w:vAlign w:val="center"/>
            <w:hideMark/>
          </w:tcPr>
          <w:p w14:paraId="6FDD660F" w14:textId="77777777" w:rsidR="00386470" w:rsidRPr="001E7B3D" w:rsidRDefault="00386470" w:rsidP="001F66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</w:p>
        </w:tc>
        <w:tc>
          <w:tcPr>
            <w:tcW w:w="994" w:type="dxa"/>
            <w:hideMark/>
          </w:tcPr>
          <w:p w14:paraId="1BA1366D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None</w:t>
            </w:r>
          </w:p>
        </w:tc>
        <w:tc>
          <w:tcPr>
            <w:tcW w:w="1685" w:type="dxa"/>
            <w:hideMark/>
          </w:tcPr>
          <w:p w14:paraId="12B1B982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Poorly related</w:t>
            </w:r>
          </w:p>
        </w:tc>
        <w:tc>
          <w:tcPr>
            <w:tcW w:w="1276" w:type="dxa"/>
            <w:hideMark/>
          </w:tcPr>
          <w:p w14:paraId="472675C3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1 relevant</w:t>
            </w:r>
          </w:p>
        </w:tc>
        <w:tc>
          <w:tcPr>
            <w:tcW w:w="1534" w:type="dxa"/>
            <w:hideMark/>
          </w:tcPr>
          <w:p w14:paraId="298082E6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2 relevant</w:t>
            </w:r>
          </w:p>
        </w:tc>
        <w:tc>
          <w:tcPr>
            <w:tcW w:w="0" w:type="auto"/>
            <w:hideMark/>
          </w:tcPr>
          <w:p w14:paraId="422A68DA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3 relevant</w:t>
            </w:r>
          </w:p>
        </w:tc>
        <w:tc>
          <w:tcPr>
            <w:tcW w:w="694" w:type="dxa"/>
            <w:hideMark/>
          </w:tcPr>
          <w:p w14:paraId="70054EFB" w14:textId="77777777" w:rsidR="00386470" w:rsidRPr="001E7B3D" w:rsidRDefault="00386470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386470" w:rsidRPr="001E7B3D" w14:paraId="01CAC8E5" w14:textId="77777777" w:rsidTr="001F66B4">
        <w:trPr>
          <w:trHeight w:val="355"/>
        </w:trPr>
        <w:tc>
          <w:tcPr>
            <w:tcW w:w="1839" w:type="dxa"/>
            <w:hideMark/>
          </w:tcPr>
          <w:p w14:paraId="0DBB6F1A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  <w:lang w:bidi="ar-JO"/>
              </w:rPr>
              <w:t>Evaluation (Dx 1 &amp; 2)</w:t>
            </w:r>
          </w:p>
        </w:tc>
        <w:tc>
          <w:tcPr>
            <w:tcW w:w="728" w:type="dxa"/>
            <w:vAlign w:val="center"/>
            <w:hideMark/>
          </w:tcPr>
          <w:p w14:paraId="6AA1EA0C" w14:textId="77777777" w:rsidR="00386470" w:rsidRPr="001E7B3D" w:rsidRDefault="00386470" w:rsidP="001F66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 xml:space="preserve">2, </w:t>
            </w:r>
            <w:r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8</w:t>
            </w:r>
          </w:p>
        </w:tc>
        <w:tc>
          <w:tcPr>
            <w:tcW w:w="994" w:type="dxa"/>
            <w:hideMark/>
          </w:tcPr>
          <w:p w14:paraId="609CB1A3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Not provided</w:t>
            </w:r>
          </w:p>
        </w:tc>
        <w:tc>
          <w:tcPr>
            <w:tcW w:w="1685" w:type="dxa"/>
            <w:hideMark/>
          </w:tcPr>
          <w:p w14:paraId="7657ADE7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Poorly related</w:t>
            </w:r>
          </w:p>
        </w:tc>
        <w:tc>
          <w:tcPr>
            <w:tcW w:w="1276" w:type="dxa"/>
            <w:hideMark/>
          </w:tcPr>
          <w:p w14:paraId="1CB76225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Lacks measurability</w:t>
            </w:r>
          </w:p>
        </w:tc>
        <w:tc>
          <w:tcPr>
            <w:tcW w:w="1534" w:type="dxa"/>
            <w:hideMark/>
          </w:tcPr>
          <w:p w14:paraId="423CD638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Some measurable outcomes</w:t>
            </w:r>
          </w:p>
        </w:tc>
        <w:tc>
          <w:tcPr>
            <w:tcW w:w="0" w:type="auto"/>
            <w:hideMark/>
          </w:tcPr>
          <w:p w14:paraId="32F305B3" w14:textId="77777777" w:rsidR="00386470" w:rsidRPr="001E7B3D" w:rsidRDefault="00386470" w:rsidP="001F66B4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Fully measured &amp; patient-focused</w:t>
            </w:r>
          </w:p>
        </w:tc>
        <w:tc>
          <w:tcPr>
            <w:tcW w:w="694" w:type="dxa"/>
            <w:hideMark/>
          </w:tcPr>
          <w:p w14:paraId="302E7853" w14:textId="77777777" w:rsidR="00386470" w:rsidRPr="001E7B3D" w:rsidRDefault="00386470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</w:tbl>
    <w:p w14:paraId="08650360" w14:textId="784FA138" w:rsidR="00063E42" w:rsidRDefault="00063E42"/>
    <w:p w14:paraId="263F330C" w14:textId="77777777" w:rsidR="00063E42" w:rsidRDefault="00000000">
      <w:r>
        <w:rPr>
          <w:b/>
          <w:sz w:val="20"/>
        </w:rPr>
        <w:t>Subtotal:</w:t>
      </w:r>
      <w:r>
        <w:rPr>
          <w:sz w:val="20"/>
        </w:rPr>
        <w:t xml:space="preserve"> ______ / 28</w:t>
      </w:r>
    </w:p>
    <w:p w14:paraId="61961D89" w14:textId="77777777" w:rsidR="00063E42" w:rsidRDefault="00000000">
      <w:pPr>
        <w:rPr>
          <w:b/>
          <w:sz w:val="20"/>
        </w:rPr>
      </w:pPr>
      <w:r>
        <w:rPr>
          <w:b/>
          <w:sz w:val="20"/>
        </w:rPr>
        <w:t>Part 2: Discussion &amp; Reflection (CLOs: 3, 8) (Total: 8 Marks)</w:t>
      </w:r>
    </w:p>
    <w:tbl>
      <w:tblPr>
        <w:tblStyle w:val="TableGridLight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672"/>
        <w:gridCol w:w="3229"/>
      </w:tblGrid>
      <w:tr w:rsidR="00386470" w:rsidRPr="00386470" w14:paraId="7751EF91" w14:textId="77777777" w:rsidTr="00386470">
        <w:tc>
          <w:tcPr>
            <w:tcW w:w="0" w:type="auto"/>
            <w:shd w:val="clear" w:color="auto" w:fill="F2F2F2"/>
            <w:hideMark/>
          </w:tcPr>
          <w:p w14:paraId="16EFE647" w14:textId="77777777" w:rsidR="00386470" w:rsidRPr="00386470" w:rsidRDefault="00386470" w:rsidP="00386470">
            <w:pPr>
              <w:rPr>
                <w:rFonts w:ascii="Times New Roman" w:hAnsi="Times New Roman" w:cs="Times New Roman"/>
                <w:lang w:bidi="ar-JO"/>
              </w:rPr>
            </w:pPr>
            <w:r w:rsidRPr="00386470">
              <w:rPr>
                <w:rFonts w:ascii="Times New Roman" w:hAnsi="Times New Roman" w:cs="Times New Roman"/>
                <w:lang w:bidi="ar-JO"/>
              </w:rPr>
              <w:t>Level</w:t>
            </w:r>
          </w:p>
        </w:tc>
        <w:tc>
          <w:tcPr>
            <w:tcW w:w="0" w:type="auto"/>
            <w:shd w:val="clear" w:color="auto" w:fill="F2F2F2"/>
            <w:hideMark/>
          </w:tcPr>
          <w:p w14:paraId="0C61ED24" w14:textId="77777777" w:rsidR="00386470" w:rsidRPr="00386470" w:rsidRDefault="00386470" w:rsidP="00386470">
            <w:pPr>
              <w:rPr>
                <w:rFonts w:ascii="Times New Roman" w:hAnsi="Times New Roman" w:cs="Times New Roman"/>
                <w:lang w:bidi="ar-JO"/>
              </w:rPr>
            </w:pPr>
            <w:r w:rsidRPr="00386470">
              <w:rPr>
                <w:rFonts w:ascii="Times New Roman" w:hAnsi="Times New Roman" w:cs="Times New Roman"/>
                <w:lang w:bidi="ar-JO"/>
              </w:rPr>
              <w:t>Score</w:t>
            </w:r>
          </w:p>
        </w:tc>
        <w:tc>
          <w:tcPr>
            <w:tcW w:w="0" w:type="auto"/>
            <w:shd w:val="clear" w:color="auto" w:fill="F2F2F2"/>
            <w:hideMark/>
          </w:tcPr>
          <w:p w14:paraId="23D32C29" w14:textId="77777777" w:rsidR="00386470" w:rsidRPr="00386470" w:rsidRDefault="00386470" w:rsidP="00386470">
            <w:pPr>
              <w:rPr>
                <w:rFonts w:ascii="Times New Roman" w:hAnsi="Times New Roman" w:cs="Times New Roman"/>
                <w:lang w:bidi="ar-JO"/>
              </w:rPr>
            </w:pPr>
            <w:r w:rsidRPr="00386470">
              <w:rPr>
                <w:rFonts w:ascii="Times New Roman" w:hAnsi="Times New Roman" w:cs="Times New Roman"/>
                <w:lang w:bidi="ar-JO"/>
              </w:rPr>
              <w:t>Description</w:t>
            </w:r>
          </w:p>
        </w:tc>
      </w:tr>
      <w:tr w:rsidR="00386470" w:rsidRPr="00386470" w14:paraId="6E4CB617" w14:textId="77777777" w:rsidTr="001F66B4">
        <w:tc>
          <w:tcPr>
            <w:tcW w:w="0" w:type="auto"/>
            <w:hideMark/>
          </w:tcPr>
          <w:p w14:paraId="1D60833E" w14:textId="77777777" w:rsidR="00386470" w:rsidRPr="00386470" w:rsidRDefault="00386470" w:rsidP="00386470">
            <w:pPr>
              <w:rPr>
                <w:rFonts w:ascii="Times New Roman" w:hAnsi="Times New Roman" w:cs="Times New Roman"/>
                <w:lang w:bidi="ar-JO"/>
              </w:rPr>
            </w:pPr>
            <w:r w:rsidRPr="00386470">
              <w:rPr>
                <w:rFonts w:ascii="Times New Roman" w:hAnsi="Times New Roman" w:cs="Times New Roman"/>
                <w:lang w:bidi="ar-JO"/>
              </w:rPr>
              <w:t>No Evidence</w:t>
            </w:r>
          </w:p>
        </w:tc>
        <w:tc>
          <w:tcPr>
            <w:tcW w:w="0" w:type="auto"/>
            <w:hideMark/>
          </w:tcPr>
          <w:p w14:paraId="1A9794DA" w14:textId="77777777" w:rsidR="00386470" w:rsidRPr="00386470" w:rsidRDefault="00386470" w:rsidP="00386470">
            <w:pPr>
              <w:rPr>
                <w:rFonts w:ascii="Times New Roman" w:hAnsi="Times New Roman" w:cs="Times New Roman"/>
                <w:lang w:bidi="ar-JO"/>
              </w:rPr>
            </w:pPr>
            <w:r w:rsidRPr="00386470">
              <w:rPr>
                <w:rFonts w:ascii="Times New Roman" w:hAnsi="Times New Roman" w:cs="Times New Roman"/>
                <w:lang w:bidi="ar-JO"/>
              </w:rPr>
              <w:t>0</w:t>
            </w:r>
          </w:p>
        </w:tc>
        <w:tc>
          <w:tcPr>
            <w:tcW w:w="3229" w:type="dxa"/>
            <w:hideMark/>
          </w:tcPr>
          <w:p w14:paraId="443632EE" w14:textId="77777777" w:rsidR="00386470" w:rsidRPr="00386470" w:rsidRDefault="00386470" w:rsidP="00386470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386470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Unable to engage in discussion</w:t>
            </w:r>
          </w:p>
        </w:tc>
      </w:tr>
      <w:tr w:rsidR="00386470" w:rsidRPr="00386470" w14:paraId="3D13E8B8" w14:textId="77777777" w:rsidTr="001F66B4">
        <w:tc>
          <w:tcPr>
            <w:tcW w:w="0" w:type="auto"/>
            <w:hideMark/>
          </w:tcPr>
          <w:p w14:paraId="0FF28433" w14:textId="77777777" w:rsidR="00386470" w:rsidRPr="00386470" w:rsidRDefault="00386470" w:rsidP="00386470">
            <w:pPr>
              <w:rPr>
                <w:rFonts w:ascii="Times New Roman" w:hAnsi="Times New Roman" w:cs="Times New Roman"/>
                <w:lang w:bidi="ar-JO"/>
              </w:rPr>
            </w:pPr>
            <w:r w:rsidRPr="00386470">
              <w:rPr>
                <w:rFonts w:ascii="Times New Roman" w:hAnsi="Times New Roman" w:cs="Times New Roman"/>
                <w:lang w:bidi="ar-JO"/>
              </w:rPr>
              <w:t>Poor</w:t>
            </w:r>
          </w:p>
        </w:tc>
        <w:tc>
          <w:tcPr>
            <w:tcW w:w="0" w:type="auto"/>
            <w:hideMark/>
          </w:tcPr>
          <w:p w14:paraId="65C6451C" w14:textId="77777777" w:rsidR="00386470" w:rsidRPr="00386470" w:rsidRDefault="00386470" w:rsidP="00386470">
            <w:pPr>
              <w:rPr>
                <w:rFonts w:ascii="Times New Roman" w:hAnsi="Times New Roman" w:cs="Times New Roman"/>
                <w:lang w:bidi="ar-JO"/>
              </w:rPr>
            </w:pPr>
            <w:r w:rsidRPr="00386470">
              <w:rPr>
                <w:rFonts w:ascii="Times New Roman" w:hAnsi="Times New Roman" w:cs="Times New Roman"/>
                <w:lang w:bidi="ar-JO"/>
              </w:rPr>
              <w:t>2</w:t>
            </w:r>
          </w:p>
        </w:tc>
        <w:tc>
          <w:tcPr>
            <w:tcW w:w="3229" w:type="dxa"/>
            <w:hideMark/>
          </w:tcPr>
          <w:p w14:paraId="02561FF0" w14:textId="77777777" w:rsidR="00386470" w:rsidRPr="00386470" w:rsidRDefault="00386470" w:rsidP="00386470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386470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Difficulty understanding care plan components</w:t>
            </w:r>
          </w:p>
        </w:tc>
      </w:tr>
      <w:tr w:rsidR="00386470" w:rsidRPr="00386470" w14:paraId="05723292" w14:textId="77777777" w:rsidTr="001F66B4">
        <w:tc>
          <w:tcPr>
            <w:tcW w:w="0" w:type="auto"/>
            <w:hideMark/>
          </w:tcPr>
          <w:p w14:paraId="3FD3ACF8" w14:textId="77777777" w:rsidR="00386470" w:rsidRPr="00386470" w:rsidRDefault="00386470" w:rsidP="00386470">
            <w:pPr>
              <w:rPr>
                <w:rFonts w:ascii="Times New Roman" w:hAnsi="Times New Roman" w:cs="Times New Roman"/>
                <w:lang w:bidi="ar-JO"/>
              </w:rPr>
            </w:pPr>
            <w:r w:rsidRPr="00386470">
              <w:rPr>
                <w:rFonts w:ascii="Times New Roman" w:hAnsi="Times New Roman" w:cs="Times New Roman"/>
                <w:lang w:bidi="ar-JO"/>
              </w:rPr>
              <w:t>Fair</w:t>
            </w:r>
          </w:p>
        </w:tc>
        <w:tc>
          <w:tcPr>
            <w:tcW w:w="0" w:type="auto"/>
            <w:hideMark/>
          </w:tcPr>
          <w:p w14:paraId="369F7392" w14:textId="77777777" w:rsidR="00386470" w:rsidRPr="00386470" w:rsidRDefault="00386470" w:rsidP="00386470">
            <w:pPr>
              <w:rPr>
                <w:rFonts w:ascii="Times New Roman" w:hAnsi="Times New Roman" w:cs="Times New Roman"/>
                <w:lang w:bidi="ar-JO"/>
              </w:rPr>
            </w:pPr>
            <w:r w:rsidRPr="00386470">
              <w:rPr>
                <w:rFonts w:ascii="Times New Roman" w:hAnsi="Times New Roman" w:cs="Times New Roman"/>
                <w:lang w:bidi="ar-JO"/>
              </w:rPr>
              <w:t>4</w:t>
            </w:r>
          </w:p>
        </w:tc>
        <w:tc>
          <w:tcPr>
            <w:tcW w:w="3229" w:type="dxa"/>
            <w:hideMark/>
          </w:tcPr>
          <w:p w14:paraId="1E217AD6" w14:textId="77777777" w:rsidR="00386470" w:rsidRPr="00386470" w:rsidRDefault="00386470" w:rsidP="00386470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386470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Basic understanding but unclear application</w:t>
            </w:r>
          </w:p>
        </w:tc>
      </w:tr>
      <w:tr w:rsidR="00386470" w:rsidRPr="00386470" w14:paraId="3023DD2D" w14:textId="77777777" w:rsidTr="001F66B4">
        <w:tc>
          <w:tcPr>
            <w:tcW w:w="0" w:type="auto"/>
            <w:hideMark/>
          </w:tcPr>
          <w:p w14:paraId="090AC1D1" w14:textId="77777777" w:rsidR="00386470" w:rsidRPr="00386470" w:rsidRDefault="00386470" w:rsidP="00386470">
            <w:pPr>
              <w:rPr>
                <w:rFonts w:ascii="Times New Roman" w:hAnsi="Times New Roman" w:cs="Times New Roman"/>
                <w:lang w:bidi="ar-JO"/>
              </w:rPr>
            </w:pPr>
            <w:r w:rsidRPr="00386470">
              <w:rPr>
                <w:rFonts w:ascii="Times New Roman" w:hAnsi="Times New Roman" w:cs="Times New Roman"/>
                <w:lang w:bidi="ar-JO"/>
              </w:rPr>
              <w:t>Good</w:t>
            </w:r>
          </w:p>
        </w:tc>
        <w:tc>
          <w:tcPr>
            <w:tcW w:w="0" w:type="auto"/>
            <w:hideMark/>
          </w:tcPr>
          <w:p w14:paraId="7CBA19EE" w14:textId="77777777" w:rsidR="00386470" w:rsidRPr="00386470" w:rsidRDefault="00386470" w:rsidP="00386470">
            <w:pPr>
              <w:rPr>
                <w:rFonts w:ascii="Times New Roman" w:hAnsi="Times New Roman" w:cs="Times New Roman"/>
                <w:lang w:bidi="ar-JO"/>
              </w:rPr>
            </w:pPr>
            <w:r w:rsidRPr="00386470">
              <w:rPr>
                <w:rFonts w:ascii="Times New Roman" w:hAnsi="Times New Roman" w:cs="Times New Roman"/>
                <w:lang w:bidi="ar-JO"/>
              </w:rPr>
              <w:t>6</w:t>
            </w:r>
          </w:p>
        </w:tc>
        <w:tc>
          <w:tcPr>
            <w:tcW w:w="3229" w:type="dxa"/>
            <w:hideMark/>
          </w:tcPr>
          <w:p w14:paraId="0A81C9B5" w14:textId="77777777" w:rsidR="00386470" w:rsidRPr="00386470" w:rsidRDefault="00386470" w:rsidP="00386470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386470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Explains most components clearly</w:t>
            </w:r>
          </w:p>
        </w:tc>
      </w:tr>
      <w:tr w:rsidR="00386470" w:rsidRPr="00386470" w14:paraId="3BF1FA18" w14:textId="77777777" w:rsidTr="001F66B4">
        <w:tc>
          <w:tcPr>
            <w:tcW w:w="0" w:type="auto"/>
            <w:hideMark/>
          </w:tcPr>
          <w:p w14:paraId="6AE8D891" w14:textId="77777777" w:rsidR="00386470" w:rsidRPr="00386470" w:rsidRDefault="00386470" w:rsidP="00386470">
            <w:pPr>
              <w:rPr>
                <w:rFonts w:ascii="Times New Roman" w:hAnsi="Times New Roman" w:cs="Times New Roman"/>
                <w:lang w:bidi="ar-JO"/>
              </w:rPr>
            </w:pPr>
            <w:r w:rsidRPr="00386470">
              <w:rPr>
                <w:rFonts w:ascii="Times New Roman" w:hAnsi="Times New Roman" w:cs="Times New Roman"/>
                <w:lang w:bidi="ar-JO"/>
              </w:rPr>
              <w:t>Excellent</w:t>
            </w:r>
          </w:p>
        </w:tc>
        <w:tc>
          <w:tcPr>
            <w:tcW w:w="0" w:type="auto"/>
            <w:hideMark/>
          </w:tcPr>
          <w:p w14:paraId="01C92EFC" w14:textId="77777777" w:rsidR="00386470" w:rsidRPr="00386470" w:rsidRDefault="00386470" w:rsidP="00386470">
            <w:pPr>
              <w:rPr>
                <w:rFonts w:ascii="Times New Roman" w:hAnsi="Times New Roman" w:cs="Times New Roman"/>
                <w:lang w:bidi="ar-JO"/>
              </w:rPr>
            </w:pPr>
            <w:r w:rsidRPr="00386470">
              <w:rPr>
                <w:rFonts w:ascii="Times New Roman" w:hAnsi="Times New Roman" w:cs="Times New Roman"/>
                <w:lang w:bidi="ar-JO"/>
              </w:rPr>
              <w:t>8</w:t>
            </w:r>
          </w:p>
        </w:tc>
        <w:tc>
          <w:tcPr>
            <w:tcW w:w="3229" w:type="dxa"/>
            <w:hideMark/>
          </w:tcPr>
          <w:p w14:paraId="1E1C3A36" w14:textId="77777777" w:rsidR="00386470" w:rsidRPr="00386470" w:rsidRDefault="00386470" w:rsidP="00386470">
            <w:pPr>
              <w:rPr>
                <w:rFonts w:ascii="Times New Roman" w:hAnsi="Times New Roman" w:cs="Times New Roman"/>
                <w:sz w:val="16"/>
                <w:szCs w:val="16"/>
                <w:lang w:bidi="ar-JO"/>
              </w:rPr>
            </w:pPr>
            <w:r w:rsidRPr="00386470">
              <w:rPr>
                <w:rFonts w:ascii="Times New Roman" w:hAnsi="Times New Roman" w:cs="Times New Roman"/>
                <w:sz w:val="16"/>
                <w:szCs w:val="16"/>
                <w:lang w:bidi="ar-JO"/>
              </w:rPr>
              <w:t>Reflects deep understanding &amp; integration</w:t>
            </w:r>
          </w:p>
        </w:tc>
      </w:tr>
    </w:tbl>
    <w:p w14:paraId="0186C870" w14:textId="77777777" w:rsidR="00386470" w:rsidRDefault="00386470"/>
    <w:p w14:paraId="56F80A3A" w14:textId="77777777" w:rsidR="00063E42" w:rsidRDefault="00000000">
      <w:r>
        <w:rPr>
          <w:b/>
          <w:sz w:val="20"/>
        </w:rPr>
        <w:t>Score:</w:t>
      </w:r>
      <w:r>
        <w:rPr>
          <w:sz w:val="20"/>
        </w:rPr>
        <w:t xml:space="preserve"> ______ / 8</w:t>
      </w:r>
    </w:p>
    <w:p w14:paraId="04AD3DC6" w14:textId="77777777" w:rsidR="00063E42" w:rsidRDefault="00063E42"/>
    <w:p w14:paraId="05277B39" w14:textId="77777777" w:rsidR="00063E42" w:rsidRDefault="00000000">
      <w:r>
        <w:rPr>
          <w:b/>
          <w:sz w:val="20"/>
        </w:rPr>
        <w:t>Total Score: ______ / 36   Converted to /10:</w:t>
      </w:r>
      <w:r>
        <w:rPr>
          <w:sz w:val="20"/>
        </w:rPr>
        <w:t xml:space="preserve"> __________</w:t>
      </w:r>
    </w:p>
    <w:p w14:paraId="21E2AC02" w14:textId="215E1B2F" w:rsidR="00386470" w:rsidRPr="00386470" w:rsidRDefault="00000000" w:rsidP="00176181">
      <w:r>
        <w:rPr>
          <w:b/>
          <w:sz w:val="20"/>
        </w:rPr>
        <w:t>Instructor's Signature:</w:t>
      </w:r>
      <w:r>
        <w:rPr>
          <w:sz w:val="20"/>
        </w:rPr>
        <w:t xml:space="preserve"> ________________________</w:t>
      </w:r>
      <w:r>
        <w:rPr>
          <w:sz w:val="20"/>
        </w:rPr>
        <w:br/>
      </w:r>
      <w:r>
        <w:rPr>
          <w:b/>
          <w:sz w:val="20"/>
        </w:rPr>
        <w:t>Date:</w:t>
      </w:r>
      <w:r>
        <w:rPr>
          <w:sz w:val="20"/>
        </w:rPr>
        <w:t xml:space="preserve"> ____________________</w:t>
      </w:r>
    </w:p>
    <w:sectPr w:rsidR="00386470" w:rsidRPr="00386470" w:rsidSect="00176181">
      <w:pgSz w:w="12240" w:h="15840"/>
      <w:pgMar w:top="1440" w:right="1800" w:bottom="1440" w:left="1800" w:header="720" w:footer="720" w:gutter="0"/>
      <w:pgBorders w:offsetFrom="page">
        <w:top w:val="single" w:sz="24" w:space="24" w:color="000000" w:themeColor="text1"/>
        <w:left w:val="single" w:sz="24" w:space="24" w:color="000000" w:themeColor="text1"/>
        <w:bottom w:val="single" w:sz="24" w:space="24" w:color="000000" w:themeColor="text1"/>
        <w:right w:val="single" w:sz="24" w:space="24" w:color="000000" w:themeColor="tex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65727">
    <w:abstractNumId w:val="8"/>
  </w:num>
  <w:num w:numId="2" w16cid:durableId="1194809807">
    <w:abstractNumId w:val="6"/>
  </w:num>
  <w:num w:numId="3" w16cid:durableId="1227454935">
    <w:abstractNumId w:val="5"/>
  </w:num>
  <w:num w:numId="4" w16cid:durableId="619725662">
    <w:abstractNumId w:val="4"/>
  </w:num>
  <w:num w:numId="5" w16cid:durableId="789709387">
    <w:abstractNumId w:val="7"/>
  </w:num>
  <w:num w:numId="6" w16cid:durableId="1408767871">
    <w:abstractNumId w:val="3"/>
  </w:num>
  <w:num w:numId="7" w16cid:durableId="2069913428">
    <w:abstractNumId w:val="2"/>
  </w:num>
  <w:num w:numId="8" w16cid:durableId="1860659934">
    <w:abstractNumId w:val="1"/>
  </w:num>
  <w:num w:numId="9" w16cid:durableId="1271006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E42"/>
    <w:rsid w:val="0015074B"/>
    <w:rsid w:val="00176181"/>
    <w:rsid w:val="0029639D"/>
    <w:rsid w:val="00326F90"/>
    <w:rsid w:val="00386470"/>
    <w:rsid w:val="00AA1D8D"/>
    <w:rsid w:val="00B47730"/>
    <w:rsid w:val="00CB0664"/>
    <w:rsid w:val="00D471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49516A"/>
  <w14:defaultImageDpi w14:val="300"/>
  <w15:docId w15:val="{01E4888F-29CC-4400-95BF-1741593D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Light1">
    <w:name w:val="Table Grid Light1"/>
    <w:basedOn w:val="TableNormal"/>
    <w:next w:val="TableGridLight"/>
    <w:uiPriority w:val="40"/>
    <w:rsid w:val="00386470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99"/>
    <w:rsid w:val="003864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Ahmad A. Heasat</cp:lastModifiedBy>
  <cp:revision>2</cp:revision>
  <dcterms:created xsi:type="dcterms:W3CDTF">2026-07-16T20:04:00Z</dcterms:created>
  <dcterms:modified xsi:type="dcterms:W3CDTF">2026-07-16T20:04:00Z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08e17a-07ee-47e8-9883-c711994ec208_Enabled">
    <vt:lpwstr>true</vt:lpwstr>
  </property>
  <property fmtid="{D5CDD505-2E9C-101B-9397-08002B2CF9AE}" pid="3" name="MSIP_Label_ec08e17a-07ee-47e8-9883-c711994ec208_SetDate">
    <vt:lpwstr>2026-07-16T19:55:23Z</vt:lpwstr>
  </property>
  <property fmtid="{D5CDD505-2E9C-101B-9397-08002B2CF9AE}" pid="4" name="MSIP_Label_ec08e17a-07ee-47e8-9883-c711994ec208_Method">
    <vt:lpwstr>Standard</vt:lpwstr>
  </property>
  <property fmtid="{D5CDD505-2E9C-101B-9397-08002B2CF9AE}" pid="5" name="MSIP_Label_ec08e17a-07ee-47e8-9883-c711994ec208_Name">
    <vt:lpwstr>defa4170-0d19-0005-0003-bc88714345d2</vt:lpwstr>
  </property>
  <property fmtid="{D5CDD505-2E9C-101B-9397-08002B2CF9AE}" pid="6" name="MSIP_Label_ec08e17a-07ee-47e8-9883-c711994ec208_SiteId">
    <vt:lpwstr>fbc0f940-b676-4d68-81f0-4ab427e1210f</vt:lpwstr>
  </property>
  <property fmtid="{D5CDD505-2E9C-101B-9397-08002B2CF9AE}" pid="7" name="MSIP_Label_ec08e17a-07ee-47e8-9883-c711994ec208_ActionId">
    <vt:lpwstr>742f745a-b31f-48a5-ba6b-781f7affe4c3</vt:lpwstr>
  </property>
  <property fmtid="{D5CDD505-2E9C-101B-9397-08002B2CF9AE}" pid="8" name="MSIP_Label_ec08e17a-07ee-47e8-9883-c711994ec208_ContentBits">
    <vt:lpwstr>0</vt:lpwstr>
  </property>
  <property fmtid="{D5CDD505-2E9C-101B-9397-08002B2CF9AE}" pid="9" name="MSIP_Label_ec08e17a-07ee-47e8-9883-c711994ec208_Tag">
    <vt:lpwstr>10, 3, 0, 1</vt:lpwstr>
  </property>
</Properties>
</file>